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6A39D" w14:textId="260A47B1" w:rsidR="003C137A" w:rsidRDefault="003C137A" w:rsidP="0067020F">
      <w:pPr>
        <w:pStyle w:val="Heading2"/>
        <w:rPr>
          <w:rFonts w:ascii="Lato" w:hAnsi="Lato"/>
          <w:color w:val="auto"/>
          <w:sz w:val="24"/>
          <w:szCs w:val="24"/>
        </w:rPr>
      </w:pPr>
      <w:r w:rsidRPr="00E35CD0">
        <w:rPr>
          <w:rFonts w:ascii="Lato" w:hAnsi="Lato"/>
          <w:color w:val="auto"/>
          <w:sz w:val="24"/>
          <w:szCs w:val="24"/>
        </w:rPr>
        <w:t xml:space="preserve">Before completing your </w:t>
      </w:r>
      <w:r w:rsidR="0067020F">
        <w:rPr>
          <w:rFonts w:ascii="Lato" w:hAnsi="Lato"/>
          <w:color w:val="auto"/>
          <w:sz w:val="24"/>
          <w:szCs w:val="24"/>
        </w:rPr>
        <w:t xml:space="preserve">MTAP In-Province </w:t>
      </w:r>
      <w:r w:rsidRPr="00E35CD0">
        <w:rPr>
          <w:rFonts w:ascii="Lato" w:hAnsi="Lato"/>
          <w:color w:val="auto"/>
          <w:sz w:val="24"/>
          <w:szCs w:val="24"/>
        </w:rPr>
        <w:t>Flight Pass application, please read th</w:t>
      </w:r>
      <w:r w:rsidR="00E35CD0" w:rsidRPr="00E35CD0">
        <w:rPr>
          <w:rFonts w:ascii="Lato" w:hAnsi="Lato"/>
          <w:color w:val="auto"/>
          <w:sz w:val="24"/>
          <w:szCs w:val="24"/>
        </w:rPr>
        <w:t>is</w:t>
      </w:r>
      <w:r w:rsidRPr="00E35CD0">
        <w:rPr>
          <w:rFonts w:ascii="Lato" w:hAnsi="Lato"/>
          <w:color w:val="auto"/>
          <w:sz w:val="24"/>
          <w:szCs w:val="24"/>
        </w:rPr>
        <w:t xml:space="preserve"> User Guide in full. Ensure that all information provided is accurate and complete. Incomplete or incorrect information may </w:t>
      </w:r>
      <w:r w:rsidR="00270902">
        <w:rPr>
          <w:rFonts w:ascii="Lato" w:hAnsi="Lato"/>
          <w:color w:val="auto"/>
          <w:sz w:val="24"/>
          <w:szCs w:val="24"/>
        </w:rPr>
        <w:t>delay</w:t>
      </w:r>
      <w:r w:rsidRPr="00E35CD0">
        <w:rPr>
          <w:rFonts w:ascii="Lato" w:hAnsi="Lato"/>
          <w:color w:val="auto"/>
          <w:sz w:val="24"/>
          <w:szCs w:val="24"/>
        </w:rPr>
        <w:t xml:space="preserve"> the processing of your application.</w:t>
      </w:r>
    </w:p>
    <w:p w14:paraId="42ADFB27" w14:textId="77777777" w:rsidR="00201907" w:rsidRPr="00460003" w:rsidRDefault="00201907" w:rsidP="00460003">
      <w:pPr>
        <w:spacing w:after="0" w:line="240" w:lineRule="auto"/>
        <w:rPr>
          <w:rFonts w:ascii="Lato" w:hAnsi="Lato"/>
          <w:sz w:val="24"/>
          <w:szCs w:val="24"/>
        </w:rPr>
      </w:pPr>
    </w:p>
    <w:p w14:paraId="2843E93B" w14:textId="50574CFB" w:rsidR="00201907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t>Introduction</w:t>
      </w:r>
    </w:p>
    <w:p w14:paraId="1D6B3C89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5114A646" w14:textId="124627F1" w:rsidR="00221443" w:rsidRDefault="00221443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E35CD0">
        <w:rPr>
          <w:rFonts w:ascii="Lato" w:hAnsi="Lato"/>
          <w:sz w:val="24"/>
          <w:szCs w:val="24"/>
        </w:rPr>
        <w:t>This guide shows you how to</w:t>
      </w:r>
      <w:r w:rsidR="00FC004A" w:rsidRPr="00E35CD0">
        <w:rPr>
          <w:rFonts w:ascii="Lato" w:hAnsi="Lato"/>
          <w:sz w:val="24"/>
          <w:szCs w:val="24"/>
        </w:rPr>
        <w:t xml:space="preserve"> complete t</w:t>
      </w:r>
      <w:r w:rsidRPr="00E35CD0">
        <w:rPr>
          <w:rFonts w:ascii="Lato" w:hAnsi="Lato"/>
          <w:sz w:val="24"/>
          <w:szCs w:val="24"/>
        </w:rPr>
        <w:t xml:space="preserve">he </w:t>
      </w:r>
      <w:r w:rsidR="00CF578C">
        <w:rPr>
          <w:rFonts w:ascii="Lato" w:hAnsi="Lato"/>
          <w:sz w:val="24"/>
          <w:szCs w:val="24"/>
        </w:rPr>
        <w:t xml:space="preserve">fillable PDF </w:t>
      </w:r>
      <w:r w:rsidR="0067020F">
        <w:rPr>
          <w:rFonts w:ascii="Lato" w:hAnsi="Lato"/>
          <w:sz w:val="24"/>
          <w:szCs w:val="24"/>
        </w:rPr>
        <w:t xml:space="preserve">for the </w:t>
      </w:r>
      <w:hyperlink r:id="rId8" w:history="1">
        <w:r w:rsidR="0067020F">
          <w:rPr>
            <w:rStyle w:val="Hyperlink"/>
            <w:rFonts w:ascii="Lato" w:hAnsi="Lato"/>
            <w:sz w:val="24"/>
            <w:szCs w:val="24"/>
          </w:rPr>
          <w:t>MTAP In-Province Flight Pass Application</w:t>
        </w:r>
      </w:hyperlink>
      <w:r w:rsidRPr="00E35CD0">
        <w:rPr>
          <w:rFonts w:ascii="Lato" w:hAnsi="Lato"/>
          <w:sz w:val="24"/>
          <w:szCs w:val="24"/>
        </w:rPr>
        <w:t xml:space="preserve">. </w:t>
      </w:r>
      <w:r w:rsidR="00093F06" w:rsidRPr="00E35CD0">
        <w:rPr>
          <w:rFonts w:ascii="Lato" w:hAnsi="Lato"/>
          <w:sz w:val="24"/>
          <w:szCs w:val="24"/>
        </w:rPr>
        <w:t xml:space="preserve">This </w:t>
      </w:r>
      <w:r w:rsidRPr="00E35CD0">
        <w:rPr>
          <w:rFonts w:ascii="Lato" w:hAnsi="Lato"/>
          <w:sz w:val="24"/>
          <w:szCs w:val="24"/>
        </w:rPr>
        <w:t xml:space="preserve">information </w:t>
      </w:r>
      <w:r w:rsidR="00093F06" w:rsidRPr="00E35CD0">
        <w:rPr>
          <w:rFonts w:ascii="Lato" w:hAnsi="Lato"/>
          <w:sz w:val="24"/>
          <w:szCs w:val="24"/>
        </w:rPr>
        <w:t xml:space="preserve">is </w:t>
      </w:r>
      <w:r w:rsidRPr="00E35CD0">
        <w:rPr>
          <w:rFonts w:ascii="Lato" w:hAnsi="Lato"/>
          <w:sz w:val="24"/>
          <w:szCs w:val="24"/>
        </w:rPr>
        <w:t xml:space="preserve">needed to request a </w:t>
      </w:r>
      <w:r w:rsidR="00270902">
        <w:rPr>
          <w:rFonts w:ascii="Lato" w:hAnsi="Lato"/>
          <w:sz w:val="24"/>
          <w:szCs w:val="24"/>
        </w:rPr>
        <w:t>prepaid</w:t>
      </w:r>
      <w:r w:rsidRPr="00E35CD0">
        <w:rPr>
          <w:rFonts w:ascii="Lato" w:hAnsi="Lato"/>
          <w:sz w:val="24"/>
          <w:szCs w:val="24"/>
        </w:rPr>
        <w:t xml:space="preserve"> flight</w:t>
      </w:r>
      <w:r w:rsidR="000B24D0" w:rsidRPr="00E35CD0">
        <w:rPr>
          <w:rFonts w:ascii="Lato" w:hAnsi="Lato"/>
          <w:sz w:val="24"/>
          <w:szCs w:val="24"/>
        </w:rPr>
        <w:t xml:space="preserve"> </w:t>
      </w:r>
      <w:r w:rsidR="00A13B91" w:rsidRPr="00E35CD0">
        <w:rPr>
          <w:rFonts w:ascii="Lato" w:hAnsi="Lato"/>
          <w:sz w:val="24"/>
          <w:szCs w:val="24"/>
        </w:rPr>
        <w:t>pass</w:t>
      </w:r>
      <w:r w:rsidR="00E35CD0">
        <w:rPr>
          <w:rFonts w:ascii="Lato" w:hAnsi="Lato"/>
          <w:sz w:val="24"/>
          <w:szCs w:val="24"/>
        </w:rPr>
        <w:t>. You will be asked to provide</w:t>
      </w:r>
      <w:r w:rsidRPr="00E35CD0">
        <w:rPr>
          <w:rFonts w:ascii="Lato" w:hAnsi="Lato"/>
          <w:sz w:val="24"/>
          <w:szCs w:val="24"/>
        </w:rPr>
        <w:t xml:space="preserve"> contact details, appointment </w:t>
      </w:r>
      <w:r w:rsidR="00E35CD0">
        <w:rPr>
          <w:rFonts w:ascii="Lato" w:hAnsi="Lato"/>
          <w:sz w:val="24"/>
          <w:szCs w:val="24"/>
        </w:rPr>
        <w:t>details</w:t>
      </w:r>
      <w:r w:rsidR="00270902">
        <w:rPr>
          <w:rFonts w:ascii="Lato" w:hAnsi="Lato"/>
          <w:sz w:val="24"/>
          <w:szCs w:val="24"/>
        </w:rPr>
        <w:t>,</w:t>
      </w:r>
      <w:r w:rsidR="00E35CD0">
        <w:rPr>
          <w:rFonts w:ascii="Lato" w:hAnsi="Lato"/>
          <w:sz w:val="24"/>
          <w:szCs w:val="24"/>
        </w:rPr>
        <w:t xml:space="preserve"> and other important information. </w:t>
      </w:r>
    </w:p>
    <w:p w14:paraId="5A1075E5" w14:textId="77777777" w:rsidR="003B0962" w:rsidRPr="00E35CD0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7C908C60" w14:textId="1AC40647" w:rsidR="00064317" w:rsidRDefault="00064317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E35CD0">
        <w:rPr>
          <w:rFonts w:ascii="Lato" w:hAnsi="Lato"/>
          <w:sz w:val="24"/>
          <w:szCs w:val="24"/>
        </w:rPr>
        <w:t xml:space="preserve">Only people who currently live in the </w:t>
      </w:r>
      <w:hyperlink r:id="rId9" w:history="1">
        <w:r w:rsidRPr="00945DFB">
          <w:rPr>
            <w:rStyle w:val="Hyperlink"/>
            <w:rFonts w:ascii="Lato" w:hAnsi="Lato"/>
            <w:sz w:val="24"/>
            <w:szCs w:val="24"/>
          </w:rPr>
          <w:t>Labrador</w:t>
        </w:r>
        <w:r w:rsidR="00093F06" w:rsidRPr="00945DFB">
          <w:rPr>
            <w:rStyle w:val="Hyperlink"/>
            <w:rFonts w:ascii="Lato" w:hAnsi="Lato"/>
            <w:sz w:val="24"/>
            <w:szCs w:val="24"/>
          </w:rPr>
          <w:t>-</w:t>
        </w:r>
        <w:r w:rsidRPr="00945DFB">
          <w:rPr>
            <w:rStyle w:val="Hyperlink"/>
            <w:rFonts w:ascii="Lato" w:hAnsi="Lato"/>
            <w:sz w:val="24"/>
            <w:szCs w:val="24"/>
          </w:rPr>
          <w:t xml:space="preserve">Grenfell Health </w:t>
        </w:r>
        <w:r w:rsidR="00093F06" w:rsidRPr="00945DFB">
          <w:rPr>
            <w:rStyle w:val="Hyperlink"/>
            <w:rFonts w:ascii="Lato" w:hAnsi="Lato"/>
            <w:sz w:val="24"/>
            <w:szCs w:val="24"/>
          </w:rPr>
          <w:t>Z</w:t>
        </w:r>
        <w:r w:rsidRPr="00945DFB">
          <w:rPr>
            <w:rStyle w:val="Hyperlink"/>
            <w:rFonts w:ascii="Lato" w:hAnsi="Lato"/>
            <w:sz w:val="24"/>
            <w:szCs w:val="24"/>
          </w:rPr>
          <w:t>one</w:t>
        </w:r>
      </w:hyperlink>
      <w:r w:rsidRPr="00E35CD0">
        <w:rPr>
          <w:rFonts w:ascii="Lato" w:hAnsi="Lato"/>
          <w:sz w:val="24"/>
          <w:szCs w:val="24"/>
        </w:rPr>
        <w:t xml:space="preserve"> can use the flight </w:t>
      </w:r>
      <w:r w:rsidR="00A13B91" w:rsidRPr="00E35CD0">
        <w:rPr>
          <w:rFonts w:ascii="Lato" w:hAnsi="Lato"/>
          <w:sz w:val="24"/>
          <w:szCs w:val="24"/>
        </w:rPr>
        <w:t>pass</w:t>
      </w:r>
      <w:r w:rsidRPr="00E35CD0">
        <w:rPr>
          <w:rFonts w:ascii="Lato" w:hAnsi="Lato"/>
          <w:sz w:val="24"/>
          <w:szCs w:val="24"/>
        </w:rPr>
        <w:t xml:space="preserve"> program.</w:t>
      </w:r>
    </w:p>
    <w:p w14:paraId="25F068C9" w14:textId="77777777" w:rsidR="003B0962" w:rsidRPr="00E35CD0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45080F18" w14:textId="61B27D73" w:rsidR="00C43189" w:rsidRDefault="006D0944" w:rsidP="00201907">
      <w:pPr>
        <w:spacing w:after="0" w:line="240" w:lineRule="auto"/>
        <w:jc w:val="center"/>
        <w:rPr>
          <w:rFonts w:ascii="Lato" w:hAnsi="Lato"/>
          <w:iCs/>
          <w:sz w:val="24"/>
          <w:szCs w:val="24"/>
        </w:rPr>
      </w:pPr>
      <w:r w:rsidRPr="00E35CD0">
        <w:rPr>
          <w:rFonts w:ascii="Lato" w:hAnsi="Lato"/>
          <w:iCs/>
          <w:sz w:val="24"/>
          <w:szCs w:val="24"/>
        </w:rPr>
        <w:t xml:space="preserve">Tip: </w:t>
      </w:r>
      <w:r w:rsidR="00221443" w:rsidRPr="00E35CD0">
        <w:rPr>
          <w:rFonts w:ascii="Lato" w:hAnsi="Lato"/>
          <w:iCs/>
          <w:sz w:val="24"/>
          <w:szCs w:val="24"/>
        </w:rPr>
        <w:t>Have</w:t>
      </w:r>
      <w:r w:rsidRPr="00E35CD0">
        <w:rPr>
          <w:rFonts w:ascii="Lato" w:hAnsi="Lato"/>
          <w:iCs/>
          <w:sz w:val="24"/>
          <w:szCs w:val="24"/>
        </w:rPr>
        <w:t xml:space="preserve"> </w:t>
      </w:r>
      <w:r w:rsidR="00093F06" w:rsidRPr="00E35CD0">
        <w:rPr>
          <w:rFonts w:ascii="Lato" w:hAnsi="Lato"/>
          <w:iCs/>
          <w:sz w:val="24"/>
          <w:szCs w:val="24"/>
        </w:rPr>
        <w:t xml:space="preserve">your </w:t>
      </w:r>
      <w:r w:rsidR="00235DF3" w:rsidRPr="00E35CD0">
        <w:rPr>
          <w:rFonts w:ascii="Lato" w:hAnsi="Lato"/>
          <w:iCs/>
          <w:sz w:val="24"/>
          <w:szCs w:val="24"/>
        </w:rPr>
        <w:t>appointment info</w:t>
      </w:r>
      <w:r w:rsidR="00221443" w:rsidRPr="00E35CD0">
        <w:rPr>
          <w:rFonts w:ascii="Lato" w:hAnsi="Lato"/>
          <w:iCs/>
          <w:sz w:val="24"/>
          <w:szCs w:val="24"/>
        </w:rPr>
        <w:t>rmation</w:t>
      </w:r>
      <w:r w:rsidR="00235DF3" w:rsidRPr="00E35CD0">
        <w:rPr>
          <w:rFonts w:ascii="Lato" w:hAnsi="Lato"/>
          <w:iCs/>
          <w:sz w:val="24"/>
          <w:szCs w:val="24"/>
        </w:rPr>
        <w:t xml:space="preserve"> ready before you </w:t>
      </w:r>
      <w:r w:rsidR="00221443" w:rsidRPr="00E35CD0">
        <w:rPr>
          <w:rFonts w:ascii="Lato" w:hAnsi="Lato"/>
          <w:iCs/>
          <w:sz w:val="24"/>
          <w:szCs w:val="24"/>
        </w:rPr>
        <w:t>begin</w:t>
      </w:r>
      <w:r w:rsidR="00235DF3" w:rsidRPr="00E35CD0">
        <w:rPr>
          <w:rFonts w:ascii="Lato" w:hAnsi="Lato"/>
          <w:iCs/>
          <w:sz w:val="24"/>
          <w:szCs w:val="24"/>
        </w:rPr>
        <w:t>.</w:t>
      </w:r>
    </w:p>
    <w:p w14:paraId="49101CB1" w14:textId="77777777" w:rsidR="00201907" w:rsidRPr="00E35CD0" w:rsidRDefault="00201907" w:rsidP="00201907">
      <w:pPr>
        <w:spacing w:after="0" w:line="240" w:lineRule="auto"/>
        <w:ind w:left="400"/>
        <w:rPr>
          <w:rFonts w:ascii="Lato" w:hAnsi="Lato"/>
          <w:iCs/>
          <w:sz w:val="24"/>
          <w:szCs w:val="24"/>
        </w:rPr>
      </w:pPr>
    </w:p>
    <w:p w14:paraId="0E7E0FA7" w14:textId="438645B5" w:rsidR="00A66ABA" w:rsidRPr="00FC004A" w:rsidRDefault="00A66ABA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t xml:space="preserve">What </w:t>
      </w:r>
      <w:r w:rsidR="00FC004A">
        <w:rPr>
          <w:rFonts w:ascii="Lato" w:hAnsi="Lato"/>
          <w:color w:val="253746"/>
        </w:rPr>
        <w:t>Y</w:t>
      </w:r>
      <w:r w:rsidRPr="00FC004A">
        <w:rPr>
          <w:rFonts w:ascii="Lato" w:hAnsi="Lato"/>
          <w:color w:val="253746"/>
        </w:rPr>
        <w:t xml:space="preserve">ou </w:t>
      </w:r>
      <w:r w:rsidR="00FC004A">
        <w:rPr>
          <w:rFonts w:ascii="Lato" w:hAnsi="Lato"/>
          <w:color w:val="253746"/>
        </w:rPr>
        <w:t>N</w:t>
      </w:r>
      <w:r w:rsidRPr="00FC004A">
        <w:rPr>
          <w:rFonts w:ascii="Lato" w:hAnsi="Lato"/>
          <w:color w:val="253746"/>
        </w:rPr>
        <w:t>eed</w:t>
      </w:r>
    </w:p>
    <w:p w14:paraId="56D63FE1" w14:textId="295EDFA6" w:rsidR="00A94703" w:rsidRPr="00C1558D" w:rsidRDefault="00C1558D" w:rsidP="00786BE1">
      <w:pPr>
        <w:pStyle w:val="ListParagraph"/>
        <w:numPr>
          <w:ilvl w:val="0"/>
          <w:numId w:val="13"/>
        </w:numPr>
        <w:spacing w:after="0"/>
        <w:rPr>
          <w:rFonts w:ascii="Lato" w:hAnsi="Lato"/>
          <w:sz w:val="24"/>
          <w:szCs w:val="24"/>
        </w:rPr>
      </w:pPr>
      <w:r w:rsidRPr="00C1558D">
        <w:rPr>
          <w:rFonts w:ascii="Lato" w:hAnsi="Lato"/>
          <w:sz w:val="24"/>
          <w:szCs w:val="24"/>
        </w:rPr>
        <w:t xml:space="preserve">Your </w:t>
      </w:r>
      <w:r w:rsidR="00A94703" w:rsidRPr="00C1558D">
        <w:rPr>
          <w:rFonts w:ascii="Lato" w:hAnsi="Lato"/>
          <w:sz w:val="24"/>
          <w:szCs w:val="24"/>
        </w:rPr>
        <w:t xml:space="preserve">MCP </w:t>
      </w:r>
      <w:r w:rsidR="00A66ABA" w:rsidRPr="00C1558D">
        <w:rPr>
          <w:rFonts w:ascii="Lato" w:hAnsi="Lato"/>
          <w:sz w:val="24"/>
          <w:szCs w:val="24"/>
        </w:rPr>
        <w:t>number</w:t>
      </w:r>
    </w:p>
    <w:p w14:paraId="27DE7EBB" w14:textId="2424F6E0" w:rsidR="001144F8" w:rsidRPr="00C1558D" w:rsidRDefault="00F823CA" w:rsidP="00786BE1">
      <w:pPr>
        <w:pStyle w:val="ListParagraph"/>
        <w:numPr>
          <w:ilvl w:val="0"/>
          <w:numId w:val="13"/>
        </w:numPr>
        <w:spacing w:after="0"/>
        <w:rPr>
          <w:rFonts w:ascii="Lato" w:hAnsi="Lato"/>
          <w:sz w:val="24"/>
          <w:szCs w:val="24"/>
        </w:rPr>
      </w:pPr>
      <w:r w:rsidRPr="00C1558D">
        <w:rPr>
          <w:rFonts w:ascii="Lato" w:hAnsi="Lato"/>
          <w:sz w:val="24"/>
          <w:szCs w:val="24"/>
        </w:rPr>
        <w:t>Proof</w:t>
      </w:r>
      <w:r w:rsidR="001144F8" w:rsidRPr="00C1558D">
        <w:rPr>
          <w:rFonts w:ascii="Lato" w:hAnsi="Lato"/>
          <w:sz w:val="24"/>
          <w:szCs w:val="24"/>
        </w:rPr>
        <w:t xml:space="preserve"> of </w:t>
      </w:r>
      <w:r w:rsidR="00C1558D" w:rsidRPr="00C1558D">
        <w:rPr>
          <w:rFonts w:ascii="Lato" w:hAnsi="Lato"/>
          <w:sz w:val="24"/>
          <w:szCs w:val="24"/>
        </w:rPr>
        <w:t xml:space="preserve">your </w:t>
      </w:r>
      <w:r w:rsidR="000B09FA" w:rsidRPr="00C1558D">
        <w:rPr>
          <w:rFonts w:ascii="Lato" w:hAnsi="Lato"/>
          <w:sz w:val="24"/>
          <w:szCs w:val="24"/>
        </w:rPr>
        <w:t xml:space="preserve">scheduled </w:t>
      </w:r>
      <w:r w:rsidR="001144F8" w:rsidRPr="00C1558D">
        <w:rPr>
          <w:rFonts w:ascii="Lato" w:hAnsi="Lato"/>
          <w:sz w:val="24"/>
          <w:szCs w:val="24"/>
        </w:rPr>
        <w:t>appointment</w:t>
      </w:r>
    </w:p>
    <w:p w14:paraId="02ECEE9E" w14:textId="4FF61B66" w:rsidR="00E5410E" w:rsidRPr="00C1558D" w:rsidRDefault="008D4A08" w:rsidP="00786BE1">
      <w:pPr>
        <w:pStyle w:val="ListParagraph"/>
        <w:numPr>
          <w:ilvl w:val="0"/>
          <w:numId w:val="13"/>
        </w:numPr>
        <w:spacing w:after="0"/>
        <w:rPr>
          <w:rFonts w:ascii="Lato" w:hAnsi="Lato"/>
          <w:sz w:val="24"/>
          <w:szCs w:val="24"/>
        </w:rPr>
      </w:pPr>
      <w:r w:rsidRPr="008D4A08">
        <w:rPr>
          <w:rFonts w:ascii="Lato" w:hAnsi="Lato"/>
          <w:sz w:val="24"/>
          <w:szCs w:val="24"/>
        </w:rPr>
        <w:t xml:space="preserve">Escort information and medical note, if required </w:t>
      </w:r>
      <w:r w:rsidR="00367374">
        <w:rPr>
          <w:rFonts w:ascii="Lato" w:hAnsi="Lato"/>
          <w:sz w:val="24"/>
          <w:szCs w:val="24"/>
        </w:rPr>
        <w:t xml:space="preserve">(see Section 2) </w:t>
      </w:r>
    </w:p>
    <w:p w14:paraId="0FAC3CE2" w14:textId="77777777" w:rsidR="001D27FB" w:rsidRPr="00885E5A" w:rsidRDefault="001D27FB" w:rsidP="00885E5A">
      <w:pPr>
        <w:spacing w:after="0" w:line="240" w:lineRule="auto"/>
        <w:ind w:left="400"/>
        <w:rPr>
          <w:rFonts w:ascii="Lato" w:hAnsi="Lato"/>
          <w:iCs/>
          <w:sz w:val="24"/>
          <w:szCs w:val="24"/>
        </w:rPr>
      </w:pPr>
    </w:p>
    <w:p w14:paraId="39238879" w14:textId="5CA70D0B" w:rsidR="00C43189" w:rsidRPr="00FC004A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t xml:space="preserve">Section 1: </w:t>
      </w:r>
      <w:r w:rsidR="001137AC" w:rsidRPr="00FC004A">
        <w:rPr>
          <w:rFonts w:ascii="Lato" w:hAnsi="Lato"/>
          <w:color w:val="253746"/>
        </w:rPr>
        <w:t>Patient</w:t>
      </w:r>
      <w:r w:rsidR="008C2B75" w:rsidRPr="00FC004A">
        <w:rPr>
          <w:rFonts w:ascii="Lato" w:hAnsi="Lato"/>
          <w:color w:val="253746"/>
        </w:rPr>
        <w:t xml:space="preserve"> Information</w:t>
      </w:r>
    </w:p>
    <w:p w14:paraId="3F24EE48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63F2D57B" w14:textId="1EB4DCE2" w:rsidR="003B0962" w:rsidRDefault="001137AC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C1558D">
        <w:rPr>
          <w:rFonts w:ascii="Lato" w:hAnsi="Lato"/>
          <w:sz w:val="24"/>
          <w:szCs w:val="24"/>
        </w:rPr>
        <w:t xml:space="preserve">This section </w:t>
      </w:r>
      <w:r w:rsidR="00B96246">
        <w:rPr>
          <w:rFonts w:ascii="Lato" w:hAnsi="Lato"/>
          <w:sz w:val="24"/>
          <w:szCs w:val="24"/>
        </w:rPr>
        <w:t xml:space="preserve">(Picture </w:t>
      </w:r>
      <w:r w:rsidR="005E4E25">
        <w:rPr>
          <w:rFonts w:ascii="Lato" w:hAnsi="Lato"/>
          <w:sz w:val="24"/>
          <w:szCs w:val="24"/>
        </w:rPr>
        <w:t>1</w:t>
      </w:r>
      <w:r w:rsidR="00B96246">
        <w:rPr>
          <w:rFonts w:ascii="Lato" w:hAnsi="Lato"/>
          <w:sz w:val="24"/>
          <w:szCs w:val="24"/>
        </w:rPr>
        <w:t xml:space="preserve">) </w:t>
      </w:r>
      <w:r w:rsidRPr="00C1558D">
        <w:rPr>
          <w:rFonts w:ascii="Lato" w:hAnsi="Lato"/>
          <w:sz w:val="24"/>
          <w:szCs w:val="24"/>
        </w:rPr>
        <w:t xml:space="preserve">asks for </w:t>
      </w:r>
      <w:r w:rsidR="004B19B0">
        <w:rPr>
          <w:rFonts w:ascii="Lato" w:hAnsi="Lato"/>
          <w:sz w:val="24"/>
          <w:szCs w:val="24"/>
        </w:rPr>
        <w:t xml:space="preserve">basic </w:t>
      </w:r>
      <w:r w:rsidRPr="00C1558D">
        <w:rPr>
          <w:rFonts w:ascii="Lato" w:hAnsi="Lato"/>
          <w:sz w:val="24"/>
          <w:szCs w:val="24"/>
        </w:rPr>
        <w:t>personal information</w:t>
      </w:r>
      <w:r w:rsidR="00DA6774" w:rsidRPr="00DA6774">
        <w:rPr>
          <w:rFonts w:ascii="Lato" w:hAnsi="Lato"/>
          <w:sz w:val="24"/>
          <w:szCs w:val="24"/>
        </w:rPr>
        <w:t>, including your name, contact information, MCP number, address</w:t>
      </w:r>
      <w:r w:rsidR="00930624">
        <w:rPr>
          <w:rFonts w:ascii="Lato" w:hAnsi="Lato"/>
          <w:sz w:val="24"/>
          <w:szCs w:val="24"/>
        </w:rPr>
        <w:t xml:space="preserve">, and email address </w:t>
      </w:r>
      <w:r w:rsidR="00B96246">
        <w:rPr>
          <w:rFonts w:ascii="Lato" w:hAnsi="Lato"/>
          <w:sz w:val="24"/>
          <w:szCs w:val="24"/>
        </w:rPr>
        <w:t>(</w:t>
      </w:r>
      <w:r w:rsidR="00930624">
        <w:rPr>
          <w:rFonts w:ascii="Lato" w:hAnsi="Lato"/>
          <w:sz w:val="24"/>
          <w:szCs w:val="24"/>
        </w:rPr>
        <w:t>if you have one</w:t>
      </w:r>
      <w:r w:rsidR="00B96246">
        <w:rPr>
          <w:rFonts w:ascii="Lato" w:hAnsi="Lato"/>
          <w:sz w:val="24"/>
          <w:szCs w:val="24"/>
        </w:rPr>
        <w:t>)</w:t>
      </w:r>
      <w:r w:rsidR="00930624">
        <w:rPr>
          <w:rFonts w:ascii="Lato" w:hAnsi="Lato"/>
          <w:sz w:val="24"/>
          <w:szCs w:val="24"/>
        </w:rPr>
        <w:t xml:space="preserve">. </w:t>
      </w:r>
      <w:r w:rsidR="00DA6774" w:rsidRPr="00DA6774">
        <w:rPr>
          <w:rFonts w:ascii="Lato" w:hAnsi="Lato"/>
          <w:sz w:val="24"/>
          <w:szCs w:val="24"/>
        </w:rPr>
        <w:t>Make sure the information matches the identification you will use during travel</w:t>
      </w:r>
      <w:r w:rsidRPr="00C1558D">
        <w:rPr>
          <w:rFonts w:ascii="Lato" w:hAnsi="Lato"/>
          <w:sz w:val="24"/>
          <w:szCs w:val="24"/>
        </w:rPr>
        <w:t xml:space="preserve">. </w:t>
      </w:r>
    </w:p>
    <w:p w14:paraId="7E1D290D" w14:textId="77777777" w:rsidR="00FF2CD5" w:rsidRDefault="00FF2CD5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13EBB20E" w14:textId="78D48D4A" w:rsidR="004B19B0" w:rsidRDefault="004B19B0" w:rsidP="00201907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Your </w:t>
      </w:r>
      <w:r w:rsidRPr="000470DF">
        <w:rPr>
          <w:rFonts w:ascii="Lato" w:hAnsi="Lato"/>
          <w:b/>
          <w:bCs/>
          <w:sz w:val="24"/>
          <w:szCs w:val="24"/>
          <w:u w:val="single"/>
        </w:rPr>
        <w:t>MCP</w:t>
      </w:r>
      <w:r>
        <w:rPr>
          <w:rFonts w:ascii="Lato" w:hAnsi="Lato"/>
          <w:sz w:val="24"/>
          <w:szCs w:val="24"/>
        </w:rPr>
        <w:t xml:space="preserve"> must be valid and not expired. The </w:t>
      </w:r>
      <w:r w:rsidRPr="004B19B0">
        <w:rPr>
          <w:rFonts w:ascii="Lato" w:hAnsi="Lato"/>
          <w:sz w:val="24"/>
          <w:szCs w:val="24"/>
        </w:rPr>
        <w:t xml:space="preserve">expiry date </w:t>
      </w:r>
      <w:r>
        <w:rPr>
          <w:rFonts w:ascii="Lato" w:hAnsi="Lato"/>
          <w:sz w:val="24"/>
          <w:szCs w:val="24"/>
        </w:rPr>
        <w:t>can be found on your card. If you recently renewed your</w:t>
      </w:r>
      <w:r w:rsidRPr="004B19B0">
        <w:rPr>
          <w:rFonts w:ascii="Lato" w:hAnsi="Lato"/>
          <w:sz w:val="24"/>
          <w:szCs w:val="24"/>
        </w:rPr>
        <w:t xml:space="preserve"> MCP but </w:t>
      </w:r>
      <w:r>
        <w:rPr>
          <w:rFonts w:ascii="Lato" w:hAnsi="Lato"/>
          <w:sz w:val="24"/>
          <w:szCs w:val="24"/>
        </w:rPr>
        <w:t xml:space="preserve">have not yet received a new card, </w:t>
      </w:r>
      <w:r w:rsidRPr="004B19B0">
        <w:rPr>
          <w:rFonts w:ascii="Lato" w:hAnsi="Lato"/>
          <w:sz w:val="24"/>
          <w:szCs w:val="24"/>
        </w:rPr>
        <w:t xml:space="preserve">you can </w:t>
      </w:r>
      <w:r w:rsidR="005E4E25">
        <w:rPr>
          <w:rFonts w:ascii="Lato" w:hAnsi="Lato"/>
          <w:sz w:val="24"/>
          <w:szCs w:val="24"/>
        </w:rPr>
        <w:t>attach</w:t>
      </w:r>
      <w:r w:rsidRPr="004B19B0">
        <w:rPr>
          <w:rFonts w:ascii="Lato" w:hAnsi="Lato"/>
          <w:sz w:val="24"/>
          <w:szCs w:val="24"/>
        </w:rPr>
        <w:t xml:space="preserve"> </w:t>
      </w:r>
      <w:r w:rsidR="005E4E25">
        <w:rPr>
          <w:rFonts w:ascii="Lato" w:hAnsi="Lato"/>
          <w:sz w:val="24"/>
          <w:szCs w:val="24"/>
        </w:rPr>
        <w:t xml:space="preserve">a copy of </w:t>
      </w:r>
      <w:r w:rsidRPr="004B19B0">
        <w:rPr>
          <w:rFonts w:ascii="Lato" w:hAnsi="Lato"/>
          <w:sz w:val="24"/>
          <w:szCs w:val="24"/>
        </w:rPr>
        <w:t xml:space="preserve">the renewal confirmation document </w:t>
      </w:r>
      <w:r w:rsidR="005E4E25">
        <w:rPr>
          <w:rFonts w:ascii="Lato" w:hAnsi="Lato"/>
          <w:sz w:val="24"/>
          <w:szCs w:val="24"/>
        </w:rPr>
        <w:t>with your application</w:t>
      </w:r>
      <w:r w:rsidRPr="003B0962">
        <w:rPr>
          <w:rFonts w:ascii="Lato" w:hAnsi="Lato"/>
          <w:sz w:val="24"/>
          <w:szCs w:val="24"/>
        </w:rPr>
        <w:t>.</w:t>
      </w:r>
    </w:p>
    <w:p w14:paraId="4B90435F" w14:textId="77777777" w:rsidR="003B0962" w:rsidRPr="004B19B0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3A4BDCCB" w14:textId="05BFFBF3" w:rsidR="004B19B0" w:rsidRDefault="00FF4C2D" w:rsidP="00201907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If your </w:t>
      </w:r>
      <w:r w:rsidR="000470DF" w:rsidRPr="000470DF">
        <w:rPr>
          <w:rFonts w:ascii="Lato" w:hAnsi="Lato"/>
          <w:b/>
          <w:bCs/>
          <w:sz w:val="24"/>
          <w:szCs w:val="24"/>
          <w:u w:val="single"/>
        </w:rPr>
        <w:t>M</w:t>
      </w:r>
      <w:r w:rsidR="004B19B0" w:rsidRPr="000470DF">
        <w:rPr>
          <w:rFonts w:ascii="Lato" w:hAnsi="Lato"/>
          <w:b/>
          <w:bCs/>
          <w:sz w:val="24"/>
          <w:szCs w:val="24"/>
          <w:u w:val="single"/>
        </w:rPr>
        <w:t xml:space="preserve">ailing </w:t>
      </w:r>
      <w:r w:rsidR="000470DF" w:rsidRPr="000470DF">
        <w:rPr>
          <w:rFonts w:ascii="Lato" w:hAnsi="Lato"/>
          <w:b/>
          <w:bCs/>
          <w:sz w:val="24"/>
          <w:szCs w:val="24"/>
          <w:u w:val="single"/>
        </w:rPr>
        <w:t>A</w:t>
      </w:r>
      <w:r w:rsidR="004B19B0" w:rsidRPr="000470DF">
        <w:rPr>
          <w:rFonts w:ascii="Lato" w:hAnsi="Lato"/>
          <w:b/>
          <w:bCs/>
          <w:sz w:val="24"/>
          <w:szCs w:val="24"/>
          <w:u w:val="single"/>
        </w:rPr>
        <w:t>ddress</w:t>
      </w:r>
      <w:r w:rsidR="004B19B0" w:rsidRPr="004B19B0">
        <w:rPr>
          <w:rFonts w:ascii="Lato" w:hAnsi="Lato"/>
          <w:sz w:val="24"/>
          <w:szCs w:val="24"/>
        </w:rPr>
        <w:t xml:space="preserve"> (e.g.</w:t>
      </w:r>
      <w:r w:rsidR="00FF2CD5">
        <w:rPr>
          <w:rFonts w:ascii="Lato" w:hAnsi="Lato"/>
          <w:sz w:val="24"/>
          <w:szCs w:val="24"/>
        </w:rPr>
        <w:t>,</w:t>
      </w:r>
      <w:r w:rsidR="004B19B0" w:rsidRPr="004B19B0">
        <w:rPr>
          <w:rFonts w:ascii="Lato" w:hAnsi="Lato"/>
          <w:sz w:val="24"/>
          <w:szCs w:val="24"/>
        </w:rPr>
        <w:t xml:space="preserve"> PO Box) </w:t>
      </w:r>
      <w:r>
        <w:rPr>
          <w:rFonts w:ascii="Lato" w:hAnsi="Lato"/>
          <w:sz w:val="24"/>
          <w:szCs w:val="24"/>
        </w:rPr>
        <w:t xml:space="preserve">is different than your </w:t>
      </w:r>
      <w:r w:rsidR="000470DF" w:rsidRPr="000470DF">
        <w:rPr>
          <w:rFonts w:ascii="Lato" w:hAnsi="Lato"/>
          <w:b/>
          <w:bCs/>
          <w:sz w:val="24"/>
          <w:szCs w:val="24"/>
          <w:u w:val="single"/>
        </w:rPr>
        <w:t>R</w:t>
      </w:r>
      <w:r w:rsidRPr="000470DF">
        <w:rPr>
          <w:rFonts w:ascii="Lato" w:hAnsi="Lato"/>
          <w:b/>
          <w:bCs/>
          <w:sz w:val="24"/>
          <w:szCs w:val="24"/>
          <w:u w:val="single"/>
        </w:rPr>
        <w:t xml:space="preserve">esidential </w:t>
      </w:r>
      <w:r w:rsidR="000470DF" w:rsidRPr="000470DF">
        <w:rPr>
          <w:rFonts w:ascii="Lato" w:hAnsi="Lato"/>
          <w:b/>
          <w:bCs/>
          <w:sz w:val="24"/>
          <w:szCs w:val="24"/>
          <w:u w:val="single"/>
        </w:rPr>
        <w:t>A</w:t>
      </w:r>
      <w:r w:rsidRPr="000470DF">
        <w:rPr>
          <w:rFonts w:ascii="Lato" w:hAnsi="Lato"/>
          <w:b/>
          <w:bCs/>
          <w:sz w:val="24"/>
          <w:szCs w:val="24"/>
          <w:u w:val="single"/>
        </w:rPr>
        <w:t>ddress</w:t>
      </w:r>
      <w:r>
        <w:rPr>
          <w:rFonts w:ascii="Lato" w:hAnsi="Lato"/>
          <w:sz w:val="24"/>
          <w:szCs w:val="24"/>
        </w:rPr>
        <w:t xml:space="preserve"> (street name and number), </w:t>
      </w:r>
      <w:r w:rsidR="004B19B0" w:rsidRPr="004B19B0">
        <w:rPr>
          <w:rFonts w:ascii="Lato" w:hAnsi="Lato"/>
          <w:sz w:val="24"/>
          <w:szCs w:val="24"/>
        </w:rPr>
        <w:t xml:space="preserve">enter the mailing address </w:t>
      </w:r>
      <w:r>
        <w:rPr>
          <w:rFonts w:ascii="Lato" w:hAnsi="Lato"/>
          <w:sz w:val="24"/>
          <w:szCs w:val="24"/>
        </w:rPr>
        <w:t>as well.</w:t>
      </w:r>
    </w:p>
    <w:p w14:paraId="3C95458E" w14:textId="77777777" w:rsidR="00387125" w:rsidRDefault="00387125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181213AE" w14:textId="7448A4BD" w:rsidR="005E4E25" w:rsidRDefault="000B24D0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>Picture</w:t>
      </w:r>
      <w:r w:rsidR="004E2239" w:rsidRPr="00945DFB">
        <w:rPr>
          <w:rFonts w:ascii="Lato" w:hAnsi="Lato"/>
          <w:b/>
          <w:bCs/>
          <w:sz w:val="24"/>
          <w:szCs w:val="24"/>
        </w:rPr>
        <w:t xml:space="preserve"> </w:t>
      </w:r>
      <w:r w:rsidR="005E4E25">
        <w:rPr>
          <w:rFonts w:ascii="Lato" w:hAnsi="Lato"/>
          <w:b/>
          <w:bCs/>
          <w:sz w:val="24"/>
          <w:szCs w:val="24"/>
        </w:rPr>
        <w:t>1</w:t>
      </w:r>
      <w:r w:rsidR="005E4E25" w:rsidRPr="005E4E25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317760EF" wp14:editId="3B852919">
            <wp:extent cx="5943600" cy="1457325"/>
            <wp:effectExtent l="57150" t="38100" r="57150" b="85725"/>
            <wp:docPr id="771533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5337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573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F3F2134" w14:textId="5130722A" w:rsidR="000470DF" w:rsidRDefault="000470DF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3B0962">
        <w:rPr>
          <w:rFonts w:ascii="Lato" w:hAnsi="Lato"/>
          <w:sz w:val="24"/>
          <w:szCs w:val="24"/>
        </w:rPr>
        <w:lastRenderedPageBreak/>
        <w:t>If you have</w:t>
      </w:r>
      <w:r w:rsidR="00221F07">
        <w:rPr>
          <w:rFonts w:ascii="Lato" w:hAnsi="Lato"/>
          <w:sz w:val="24"/>
          <w:szCs w:val="24"/>
        </w:rPr>
        <w:t xml:space="preserve"> private</w:t>
      </w:r>
      <w:r w:rsidRPr="003B0962">
        <w:rPr>
          <w:rFonts w:ascii="Lato" w:hAnsi="Lato"/>
          <w:sz w:val="24"/>
          <w:szCs w:val="24"/>
        </w:rPr>
        <w:t xml:space="preserve"> </w:t>
      </w:r>
      <w:r w:rsidR="00B96246" w:rsidRPr="00AB12E7">
        <w:rPr>
          <w:rFonts w:ascii="Lato" w:hAnsi="Lato"/>
          <w:sz w:val="24"/>
          <w:szCs w:val="24"/>
        </w:rPr>
        <w:t>h</w:t>
      </w:r>
      <w:r w:rsidRPr="00AB12E7">
        <w:rPr>
          <w:rFonts w:ascii="Lato" w:hAnsi="Lato"/>
          <w:sz w:val="24"/>
          <w:szCs w:val="24"/>
        </w:rPr>
        <w:t xml:space="preserve">ealth </w:t>
      </w:r>
      <w:r w:rsidR="00B96246" w:rsidRPr="00AB12E7">
        <w:rPr>
          <w:rFonts w:ascii="Lato" w:hAnsi="Lato"/>
          <w:sz w:val="24"/>
          <w:szCs w:val="24"/>
        </w:rPr>
        <w:t>i</w:t>
      </w:r>
      <w:r w:rsidRPr="00AB12E7">
        <w:rPr>
          <w:rFonts w:ascii="Lato" w:hAnsi="Lato"/>
          <w:sz w:val="24"/>
          <w:szCs w:val="24"/>
        </w:rPr>
        <w:t>nsurance</w:t>
      </w:r>
      <w:r w:rsidR="00FF2CD5" w:rsidRPr="00AB12E7">
        <w:rPr>
          <w:rFonts w:ascii="Lato" w:hAnsi="Lato"/>
          <w:sz w:val="24"/>
          <w:szCs w:val="24"/>
        </w:rPr>
        <w:t>,</w:t>
      </w:r>
      <w:r w:rsidR="00221F07">
        <w:rPr>
          <w:rFonts w:ascii="Lato" w:hAnsi="Lato"/>
          <w:sz w:val="24"/>
          <w:szCs w:val="24"/>
        </w:rPr>
        <w:t xml:space="preserve"> </w:t>
      </w:r>
      <w:r w:rsidRPr="003B0962">
        <w:rPr>
          <w:rFonts w:ascii="Lato" w:hAnsi="Lato"/>
          <w:sz w:val="24"/>
          <w:szCs w:val="24"/>
        </w:rPr>
        <w:t xml:space="preserve">select Yes (Picture </w:t>
      </w:r>
      <w:r w:rsidR="005E4E25">
        <w:rPr>
          <w:rFonts w:ascii="Lato" w:hAnsi="Lato"/>
          <w:sz w:val="24"/>
          <w:szCs w:val="24"/>
        </w:rPr>
        <w:t>2</w:t>
      </w:r>
      <w:r w:rsidRPr="003B0962">
        <w:rPr>
          <w:rFonts w:ascii="Lato" w:hAnsi="Lato"/>
          <w:sz w:val="24"/>
          <w:szCs w:val="24"/>
        </w:rPr>
        <w:t>)</w:t>
      </w:r>
      <w:r w:rsidR="005E4E25">
        <w:rPr>
          <w:rFonts w:ascii="Lato" w:hAnsi="Lato"/>
          <w:sz w:val="24"/>
          <w:szCs w:val="24"/>
        </w:rPr>
        <w:t>.</w:t>
      </w:r>
      <w:r w:rsidRPr="003B0962">
        <w:rPr>
          <w:rFonts w:ascii="Lato" w:hAnsi="Lato"/>
          <w:sz w:val="24"/>
          <w:szCs w:val="24"/>
        </w:rPr>
        <w:t xml:space="preserve"> </w:t>
      </w:r>
      <w:r w:rsidR="005E4E25">
        <w:rPr>
          <w:rFonts w:ascii="Lato" w:hAnsi="Lato"/>
          <w:sz w:val="24"/>
          <w:szCs w:val="24"/>
        </w:rPr>
        <w:t xml:space="preserve">Please provide </w:t>
      </w:r>
      <w:r w:rsidRPr="003B0962">
        <w:rPr>
          <w:rFonts w:ascii="Lato" w:hAnsi="Lato"/>
          <w:sz w:val="24"/>
          <w:szCs w:val="24"/>
        </w:rPr>
        <w:t xml:space="preserve">the name of your insurance company in the </w:t>
      </w:r>
      <w:r w:rsidR="005E4E25">
        <w:rPr>
          <w:rFonts w:ascii="Lato" w:hAnsi="Lato"/>
          <w:sz w:val="24"/>
          <w:szCs w:val="24"/>
        </w:rPr>
        <w:t>space provided</w:t>
      </w:r>
      <w:r w:rsidRPr="003B0962">
        <w:rPr>
          <w:rFonts w:ascii="Lato" w:hAnsi="Lato"/>
          <w:sz w:val="24"/>
          <w:szCs w:val="24"/>
        </w:rPr>
        <w:t xml:space="preserve">. </w:t>
      </w:r>
    </w:p>
    <w:p w14:paraId="4C161138" w14:textId="77777777" w:rsidR="003B0962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195A6B8D" w14:textId="5C06A91D" w:rsidR="00D4709F" w:rsidRDefault="00D4709F" w:rsidP="00201907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If you </w:t>
      </w:r>
      <w:r w:rsidR="00B96246">
        <w:rPr>
          <w:rFonts w:ascii="Lato" w:hAnsi="Lato"/>
          <w:sz w:val="24"/>
          <w:szCs w:val="24"/>
        </w:rPr>
        <w:t xml:space="preserve">are eligible to receive </w:t>
      </w:r>
      <w:r w:rsidR="00AB12E7">
        <w:rPr>
          <w:rFonts w:ascii="Lato" w:hAnsi="Lato"/>
          <w:sz w:val="24"/>
          <w:szCs w:val="24"/>
        </w:rPr>
        <w:t>t</w:t>
      </w:r>
      <w:r>
        <w:rPr>
          <w:rFonts w:ascii="Lato" w:hAnsi="Lato"/>
          <w:sz w:val="24"/>
          <w:szCs w:val="24"/>
        </w:rPr>
        <w:t>ravel support through your employer, another department, government, or organization such as Hope Air</w:t>
      </w:r>
      <w:r w:rsidR="00FF2CD5">
        <w:rPr>
          <w:rFonts w:ascii="Lato" w:hAnsi="Lato"/>
          <w:sz w:val="24"/>
          <w:szCs w:val="24"/>
        </w:rPr>
        <w:t>,</w:t>
      </w:r>
      <w:r>
        <w:rPr>
          <w:rFonts w:ascii="Lato" w:hAnsi="Lato"/>
          <w:sz w:val="24"/>
          <w:szCs w:val="24"/>
        </w:rPr>
        <w:t xml:space="preserve"> select Yes </w:t>
      </w:r>
      <w:r w:rsidR="00B96246">
        <w:rPr>
          <w:rFonts w:ascii="Lato" w:hAnsi="Lato"/>
          <w:sz w:val="24"/>
          <w:szCs w:val="24"/>
        </w:rPr>
        <w:t xml:space="preserve">(Picture </w:t>
      </w:r>
      <w:r w:rsidR="005E4E25">
        <w:rPr>
          <w:rFonts w:ascii="Lato" w:hAnsi="Lato"/>
          <w:sz w:val="24"/>
          <w:szCs w:val="24"/>
        </w:rPr>
        <w:t>2</w:t>
      </w:r>
      <w:r w:rsidR="00B96246">
        <w:rPr>
          <w:rFonts w:ascii="Lato" w:hAnsi="Lato"/>
          <w:sz w:val="24"/>
          <w:szCs w:val="24"/>
        </w:rPr>
        <w:t>).</w:t>
      </w:r>
    </w:p>
    <w:p w14:paraId="06D52086" w14:textId="3CDCC35C" w:rsidR="00D4709F" w:rsidRPr="003B0962" w:rsidRDefault="00D4709F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694A7359" w14:textId="3FF718DC" w:rsidR="00D4709F" w:rsidRDefault="000470DF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3B0962">
        <w:rPr>
          <w:rFonts w:ascii="Lato" w:hAnsi="Lato"/>
          <w:sz w:val="24"/>
          <w:szCs w:val="24"/>
        </w:rPr>
        <w:t>If you select Yes</w:t>
      </w:r>
      <w:r w:rsidR="00B96246">
        <w:rPr>
          <w:rFonts w:ascii="Lato" w:hAnsi="Lato"/>
          <w:sz w:val="24"/>
          <w:szCs w:val="24"/>
        </w:rPr>
        <w:t xml:space="preserve"> (Picture </w:t>
      </w:r>
      <w:r w:rsidR="005E4E25">
        <w:rPr>
          <w:rFonts w:ascii="Lato" w:hAnsi="Lato"/>
          <w:sz w:val="24"/>
          <w:szCs w:val="24"/>
        </w:rPr>
        <w:t>2</w:t>
      </w:r>
      <w:r w:rsidR="00B96246">
        <w:rPr>
          <w:rFonts w:ascii="Lato" w:hAnsi="Lato"/>
          <w:sz w:val="24"/>
          <w:szCs w:val="24"/>
        </w:rPr>
        <w:t>)</w:t>
      </w:r>
      <w:r w:rsidRPr="003B0962">
        <w:rPr>
          <w:rFonts w:ascii="Lato" w:hAnsi="Lato"/>
          <w:sz w:val="24"/>
          <w:szCs w:val="24"/>
        </w:rPr>
        <w:t xml:space="preserve"> to </w:t>
      </w:r>
      <w:proofErr w:type="gramStart"/>
      <w:r w:rsidRPr="003B0962">
        <w:rPr>
          <w:rFonts w:ascii="Lato" w:hAnsi="Lato"/>
          <w:sz w:val="24"/>
          <w:szCs w:val="24"/>
        </w:rPr>
        <w:t>receiving</w:t>
      </w:r>
      <w:proofErr w:type="gramEnd"/>
      <w:r w:rsidRPr="003B0962">
        <w:rPr>
          <w:rFonts w:ascii="Lato" w:hAnsi="Lato"/>
          <w:sz w:val="24"/>
          <w:szCs w:val="24"/>
        </w:rPr>
        <w:t xml:space="preserve"> </w:t>
      </w:r>
      <w:r w:rsidR="00E74552">
        <w:rPr>
          <w:rFonts w:ascii="Lato" w:hAnsi="Lato"/>
          <w:sz w:val="24"/>
          <w:szCs w:val="24"/>
        </w:rPr>
        <w:t>i</w:t>
      </w:r>
      <w:r w:rsidRPr="003B0962">
        <w:rPr>
          <w:rFonts w:ascii="Lato" w:hAnsi="Lato"/>
          <w:sz w:val="24"/>
          <w:szCs w:val="24"/>
        </w:rPr>
        <w:t xml:space="preserve">ncome </w:t>
      </w:r>
      <w:r w:rsidR="00E74552">
        <w:rPr>
          <w:rFonts w:ascii="Lato" w:hAnsi="Lato"/>
          <w:sz w:val="24"/>
          <w:szCs w:val="24"/>
        </w:rPr>
        <w:t>s</w:t>
      </w:r>
      <w:r w:rsidRPr="003B0962">
        <w:rPr>
          <w:rFonts w:ascii="Lato" w:hAnsi="Lato"/>
          <w:sz w:val="24"/>
          <w:szCs w:val="24"/>
        </w:rPr>
        <w:t>upport</w:t>
      </w:r>
      <w:r w:rsidR="00E74552">
        <w:rPr>
          <w:rFonts w:ascii="Lato" w:hAnsi="Lato"/>
          <w:sz w:val="24"/>
          <w:szCs w:val="24"/>
        </w:rPr>
        <w:t>, or h</w:t>
      </w:r>
      <w:r w:rsidRPr="003B0962">
        <w:rPr>
          <w:rFonts w:ascii="Lato" w:hAnsi="Lato"/>
          <w:sz w:val="24"/>
          <w:szCs w:val="24"/>
        </w:rPr>
        <w:t xml:space="preserve">ome </w:t>
      </w:r>
      <w:r w:rsidR="00E74552">
        <w:rPr>
          <w:rFonts w:ascii="Lato" w:hAnsi="Lato"/>
          <w:sz w:val="24"/>
          <w:szCs w:val="24"/>
        </w:rPr>
        <w:t>s</w:t>
      </w:r>
      <w:r w:rsidRPr="003B0962">
        <w:rPr>
          <w:rFonts w:ascii="Lato" w:hAnsi="Lato"/>
          <w:sz w:val="24"/>
          <w:szCs w:val="24"/>
        </w:rPr>
        <w:t xml:space="preserve">upport or financial benefits through the Community Support Program, you </w:t>
      </w:r>
      <w:r w:rsidR="00221F07">
        <w:rPr>
          <w:rFonts w:ascii="Lato" w:hAnsi="Lato"/>
          <w:sz w:val="24"/>
          <w:szCs w:val="24"/>
        </w:rPr>
        <w:t xml:space="preserve">are not eligible for MTAP.  You </w:t>
      </w:r>
      <w:r w:rsidRPr="003B0962">
        <w:rPr>
          <w:rFonts w:ascii="Lato" w:hAnsi="Lato"/>
          <w:sz w:val="24"/>
          <w:szCs w:val="24"/>
        </w:rPr>
        <w:t>need to c</w:t>
      </w:r>
      <w:r w:rsidR="003B0962">
        <w:rPr>
          <w:rFonts w:ascii="Lato" w:hAnsi="Lato"/>
          <w:sz w:val="24"/>
          <w:szCs w:val="24"/>
        </w:rPr>
        <w:t>ontact</w:t>
      </w:r>
      <w:r w:rsidRPr="003B0962">
        <w:rPr>
          <w:rFonts w:ascii="Lato" w:hAnsi="Lato"/>
          <w:sz w:val="24"/>
          <w:szCs w:val="24"/>
        </w:rPr>
        <w:t xml:space="preserve"> the Medical Transportation Supports Program (</w:t>
      </w:r>
      <w:proofErr w:type="spellStart"/>
      <w:r w:rsidRPr="003B0962">
        <w:rPr>
          <w:rFonts w:ascii="Lato" w:hAnsi="Lato"/>
          <w:sz w:val="24"/>
          <w:szCs w:val="24"/>
        </w:rPr>
        <w:t>MeTS</w:t>
      </w:r>
      <w:proofErr w:type="spellEnd"/>
      <w:r w:rsidRPr="003B0962">
        <w:rPr>
          <w:rFonts w:ascii="Lato" w:hAnsi="Lato"/>
          <w:sz w:val="24"/>
          <w:szCs w:val="24"/>
        </w:rPr>
        <w:t>) for help with travel</w:t>
      </w:r>
      <w:r w:rsidR="00367374" w:rsidRPr="003B0962">
        <w:rPr>
          <w:rFonts w:ascii="Lato" w:hAnsi="Lato"/>
          <w:sz w:val="24"/>
          <w:szCs w:val="24"/>
        </w:rPr>
        <w:t xml:space="preserve"> </w:t>
      </w:r>
      <w:r w:rsidR="003B0962">
        <w:rPr>
          <w:rFonts w:ascii="Lato" w:hAnsi="Lato"/>
          <w:sz w:val="24"/>
          <w:szCs w:val="24"/>
        </w:rPr>
        <w:t xml:space="preserve">at 1-833-729-6106 or email </w:t>
      </w:r>
      <w:hyperlink r:id="rId11" w:history="1">
        <w:r w:rsidR="003B0962" w:rsidRPr="003339D8">
          <w:rPr>
            <w:rStyle w:val="Hyperlink"/>
            <w:rFonts w:ascii="Lato" w:hAnsi="Lato"/>
            <w:sz w:val="24"/>
            <w:szCs w:val="24"/>
          </w:rPr>
          <w:t>MeTS@gov.nl.ca</w:t>
        </w:r>
      </w:hyperlink>
      <w:r w:rsidR="003B0962">
        <w:rPr>
          <w:rFonts w:ascii="Lato" w:hAnsi="Lato"/>
          <w:sz w:val="24"/>
          <w:szCs w:val="24"/>
        </w:rPr>
        <w:t xml:space="preserve">. </w:t>
      </w:r>
    </w:p>
    <w:p w14:paraId="7F41D0AF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00B9C79F" w14:textId="77777777" w:rsidR="005E4E25" w:rsidRDefault="000B24D0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>Picture</w:t>
      </w:r>
      <w:r w:rsidR="002D1C03" w:rsidRPr="00945DFB">
        <w:rPr>
          <w:rFonts w:ascii="Lato" w:hAnsi="Lato"/>
          <w:b/>
          <w:bCs/>
          <w:sz w:val="24"/>
          <w:szCs w:val="24"/>
        </w:rPr>
        <w:t xml:space="preserve"> </w:t>
      </w:r>
      <w:r w:rsidR="005E4E25">
        <w:rPr>
          <w:rFonts w:ascii="Lato" w:hAnsi="Lato"/>
          <w:b/>
          <w:bCs/>
          <w:sz w:val="24"/>
          <w:szCs w:val="24"/>
        </w:rPr>
        <w:t>2</w:t>
      </w:r>
    </w:p>
    <w:p w14:paraId="144495D2" w14:textId="69F75150" w:rsidR="005E4E25" w:rsidRDefault="00726813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726813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4FF750DD" wp14:editId="6347C3EC">
            <wp:extent cx="5943600" cy="3033395"/>
            <wp:effectExtent l="57150" t="38100" r="57150" b="71755"/>
            <wp:docPr id="6738476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84768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C7208CA" w14:textId="6FAF1B0B" w:rsidR="00D4709F" w:rsidRPr="00885E5A" w:rsidRDefault="00D4709F" w:rsidP="00885E5A">
      <w:pPr>
        <w:spacing w:after="0" w:line="240" w:lineRule="auto"/>
        <w:ind w:left="400"/>
        <w:rPr>
          <w:rFonts w:ascii="Lato" w:hAnsi="Lato"/>
          <w:iCs/>
          <w:sz w:val="24"/>
          <w:szCs w:val="24"/>
        </w:rPr>
      </w:pPr>
    </w:p>
    <w:p w14:paraId="7DA2EE3E" w14:textId="3980C77E" w:rsidR="00C43189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t xml:space="preserve">Section 2: </w:t>
      </w:r>
      <w:r w:rsidR="00696B75" w:rsidRPr="00FC004A">
        <w:rPr>
          <w:rFonts w:ascii="Lato" w:hAnsi="Lato"/>
          <w:color w:val="253746"/>
        </w:rPr>
        <w:t>Escort Information</w:t>
      </w:r>
    </w:p>
    <w:p w14:paraId="6381C080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320794E3" w14:textId="1329FBDA" w:rsidR="000B1A9C" w:rsidRDefault="00221F07" w:rsidP="00460003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This section </w:t>
      </w:r>
      <w:r w:rsidR="00B96246">
        <w:rPr>
          <w:rFonts w:ascii="Lato" w:hAnsi="Lato"/>
          <w:sz w:val="24"/>
          <w:szCs w:val="24"/>
        </w:rPr>
        <w:t xml:space="preserve">(Picture </w:t>
      </w:r>
      <w:r w:rsidR="00726813">
        <w:rPr>
          <w:rFonts w:ascii="Lato" w:hAnsi="Lato"/>
          <w:sz w:val="24"/>
          <w:szCs w:val="24"/>
        </w:rPr>
        <w:t>3</w:t>
      </w:r>
      <w:r w:rsidR="00B96246">
        <w:rPr>
          <w:rFonts w:ascii="Lato" w:hAnsi="Lato"/>
          <w:sz w:val="24"/>
          <w:szCs w:val="24"/>
        </w:rPr>
        <w:t xml:space="preserve">) </w:t>
      </w:r>
      <w:r>
        <w:rPr>
          <w:rFonts w:ascii="Lato" w:hAnsi="Lato"/>
          <w:sz w:val="24"/>
          <w:szCs w:val="24"/>
        </w:rPr>
        <w:t xml:space="preserve">asks if </w:t>
      </w:r>
      <w:r w:rsidR="00731622" w:rsidRPr="003B0962">
        <w:rPr>
          <w:rFonts w:ascii="Lato" w:hAnsi="Lato"/>
          <w:sz w:val="24"/>
          <w:szCs w:val="24"/>
        </w:rPr>
        <w:t xml:space="preserve">someone </w:t>
      </w:r>
      <w:r>
        <w:rPr>
          <w:rFonts w:ascii="Lato" w:hAnsi="Lato"/>
          <w:sz w:val="24"/>
          <w:szCs w:val="24"/>
        </w:rPr>
        <w:t xml:space="preserve">will be </w:t>
      </w:r>
      <w:r w:rsidR="00731622" w:rsidRPr="003B0962">
        <w:rPr>
          <w:rFonts w:ascii="Lato" w:hAnsi="Lato"/>
          <w:sz w:val="24"/>
          <w:szCs w:val="24"/>
        </w:rPr>
        <w:t>travel</w:t>
      </w:r>
      <w:r>
        <w:rPr>
          <w:rFonts w:ascii="Lato" w:hAnsi="Lato"/>
          <w:sz w:val="24"/>
          <w:szCs w:val="24"/>
        </w:rPr>
        <w:t>ling</w:t>
      </w:r>
      <w:r w:rsidR="00731622" w:rsidRPr="003B0962">
        <w:rPr>
          <w:rFonts w:ascii="Lato" w:hAnsi="Lato"/>
          <w:sz w:val="24"/>
          <w:szCs w:val="24"/>
        </w:rPr>
        <w:t xml:space="preserve"> with you</w:t>
      </w:r>
      <w:r w:rsidR="00367374" w:rsidRPr="003B0962">
        <w:rPr>
          <w:rFonts w:ascii="Lato" w:hAnsi="Lato"/>
          <w:sz w:val="24"/>
          <w:szCs w:val="24"/>
        </w:rPr>
        <w:t xml:space="preserve"> to provide support</w:t>
      </w:r>
      <w:r>
        <w:rPr>
          <w:rFonts w:ascii="Lato" w:hAnsi="Lato"/>
          <w:sz w:val="24"/>
          <w:szCs w:val="24"/>
        </w:rPr>
        <w:t>.</w:t>
      </w:r>
      <w:r w:rsidR="00367374" w:rsidRPr="003B0962">
        <w:rPr>
          <w:rFonts w:ascii="Lato" w:hAnsi="Lato"/>
          <w:sz w:val="24"/>
          <w:szCs w:val="24"/>
        </w:rPr>
        <w:t xml:space="preserve"> </w:t>
      </w:r>
      <w:r w:rsidR="00731622" w:rsidRPr="003B0962">
        <w:rPr>
          <w:rFonts w:ascii="Lato" w:hAnsi="Lato"/>
          <w:sz w:val="24"/>
          <w:szCs w:val="24"/>
        </w:rPr>
        <w:t>This person is called a</w:t>
      </w:r>
      <w:r w:rsidR="00D2702B" w:rsidRPr="003B0962">
        <w:rPr>
          <w:rFonts w:ascii="Lato" w:hAnsi="Lato"/>
          <w:sz w:val="24"/>
          <w:szCs w:val="24"/>
        </w:rPr>
        <w:t>n</w:t>
      </w:r>
      <w:r w:rsidR="00731622" w:rsidRPr="003B0962">
        <w:rPr>
          <w:rFonts w:ascii="Lato" w:hAnsi="Lato"/>
          <w:sz w:val="24"/>
          <w:szCs w:val="24"/>
        </w:rPr>
        <w:t xml:space="preserve"> escort</w:t>
      </w:r>
      <w:r w:rsidR="00DD1D8B">
        <w:rPr>
          <w:rFonts w:ascii="Lato" w:hAnsi="Lato"/>
          <w:sz w:val="24"/>
          <w:szCs w:val="24"/>
        </w:rPr>
        <w:t xml:space="preserve"> and</w:t>
      </w:r>
      <w:r w:rsidR="009D25FE" w:rsidRPr="003B0962">
        <w:rPr>
          <w:rFonts w:ascii="Lato" w:hAnsi="Lato"/>
          <w:sz w:val="24"/>
          <w:szCs w:val="24"/>
        </w:rPr>
        <w:t xml:space="preserve"> </w:t>
      </w:r>
      <w:r w:rsidR="004521F1" w:rsidRPr="003B0962">
        <w:rPr>
          <w:rFonts w:ascii="Lato" w:hAnsi="Lato"/>
          <w:sz w:val="24"/>
          <w:szCs w:val="24"/>
        </w:rPr>
        <w:t>must be required for</w:t>
      </w:r>
      <w:r w:rsidR="00731622" w:rsidRPr="003B0962">
        <w:rPr>
          <w:rFonts w:ascii="Lato" w:hAnsi="Lato"/>
          <w:sz w:val="24"/>
          <w:szCs w:val="24"/>
        </w:rPr>
        <w:t xml:space="preserve"> medical </w:t>
      </w:r>
      <w:r w:rsidR="009D25FE" w:rsidRPr="003B0962">
        <w:rPr>
          <w:rFonts w:ascii="Lato" w:hAnsi="Lato"/>
          <w:sz w:val="24"/>
          <w:szCs w:val="24"/>
        </w:rPr>
        <w:t>reasons</w:t>
      </w:r>
      <w:r w:rsidR="00930624">
        <w:rPr>
          <w:rFonts w:ascii="Lato" w:hAnsi="Lato"/>
          <w:sz w:val="24"/>
          <w:szCs w:val="24"/>
        </w:rPr>
        <w:t xml:space="preserve"> </w:t>
      </w:r>
      <w:r w:rsidR="00CE0625" w:rsidRPr="0037263E">
        <w:rPr>
          <w:rFonts w:ascii="Lato" w:hAnsi="Lato"/>
          <w:sz w:val="24"/>
          <w:szCs w:val="24"/>
        </w:rPr>
        <w:t>and supported by medical documentation from a physician or nurse practitioner.</w:t>
      </w:r>
      <w:r w:rsidR="00CE0625">
        <w:rPr>
          <w:rFonts w:ascii="Lato" w:hAnsi="Lato"/>
          <w:sz w:val="24"/>
          <w:szCs w:val="24"/>
        </w:rPr>
        <w:t xml:space="preserve"> </w:t>
      </w:r>
      <w:r w:rsidR="009D25FE" w:rsidRPr="003B0962">
        <w:rPr>
          <w:rFonts w:ascii="Lato" w:hAnsi="Lato"/>
          <w:sz w:val="24"/>
          <w:szCs w:val="24"/>
        </w:rPr>
        <w:t xml:space="preserve">Escorts must be 18 years of age or older. </w:t>
      </w:r>
      <w:r w:rsidR="000B1A9C" w:rsidRPr="000B1A9C">
        <w:rPr>
          <w:rFonts w:ascii="Lato" w:hAnsi="Lato"/>
          <w:sz w:val="24"/>
          <w:szCs w:val="24"/>
        </w:rPr>
        <w:t xml:space="preserve">Healthcare professionals travelling in their professional capacity to provide care or transportation services are not eligible to be an escort. </w:t>
      </w:r>
    </w:p>
    <w:p w14:paraId="634558D9" w14:textId="77777777" w:rsidR="00460003" w:rsidRDefault="00460003" w:rsidP="00460003">
      <w:pPr>
        <w:spacing w:after="0" w:line="240" w:lineRule="auto"/>
        <w:rPr>
          <w:rFonts w:ascii="Lato" w:hAnsi="Lato"/>
          <w:sz w:val="24"/>
          <w:szCs w:val="24"/>
        </w:rPr>
      </w:pPr>
    </w:p>
    <w:p w14:paraId="6ECCC6B8" w14:textId="47D8CD36" w:rsidR="00731622" w:rsidRPr="000B1A9C" w:rsidRDefault="009D25FE" w:rsidP="00460003">
      <w:pPr>
        <w:spacing w:after="0" w:line="240" w:lineRule="auto"/>
        <w:rPr>
          <w:rFonts w:ascii="Lato" w:hAnsi="Lato"/>
          <w:sz w:val="24"/>
          <w:szCs w:val="24"/>
        </w:rPr>
      </w:pPr>
      <w:r w:rsidRPr="003B0962">
        <w:rPr>
          <w:rFonts w:ascii="Lato" w:hAnsi="Lato"/>
          <w:sz w:val="24"/>
          <w:szCs w:val="24"/>
        </w:rPr>
        <w:t xml:space="preserve">The information you provide must match the ID they will be using during travel. </w:t>
      </w:r>
    </w:p>
    <w:p w14:paraId="67287E26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510D5FF5" w14:textId="77777777" w:rsidR="00726813" w:rsidRDefault="000B24D0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>Picture</w:t>
      </w:r>
      <w:r w:rsidR="00D8251B" w:rsidRPr="00945DFB">
        <w:rPr>
          <w:rFonts w:ascii="Lato" w:hAnsi="Lato"/>
          <w:b/>
          <w:bCs/>
          <w:sz w:val="24"/>
          <w:szCs w:val="24"/>
        </w:rPr>
        <w:t xml:space="preserve"> </w:t>
      </w:r>
      <w:r w:rsidR="00726813">
        <w:rPr>
          <w:rFonts w:ascii="Lato" w:hAnsi="Lato"/>
          <w:b/>
          <w:bCs/>
          <w:sz w:val="24"/>
          <w:szCs w:val="24"/>
        </w:rPr>
        <w:t>3</w:t>
      </w:r>
    </w:p>
    <w:p w14:paraId="3ED46D3D" w14:textId="06096CA0" w:rsidR="00726813" w:rsidRDefault="00726813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726813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3298FBE2" wp14:editId="206E292D">
            <wp:extent cx="5943600" cy="832485"/>
            <wp:effectExtent l="57150" t="38100" r="57150" b="81915"/>
            <wp:docPr id="337785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78538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3248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BAC2A20" w14:textId="728F5BE7" w:rsidR="00C43189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lastRenderedPageBreak/>
        <w:t xml:space="preserve">Section 3: </w:t>
      </w:r>
      <w:r w:rsidR="00171FBE" w:rsidRPr="00FC004A">
        <w:rPr>
          <w:rFonts w:ascii="Lato" w:hAnsi="Lato"/>
          <w:color w:val="253746"/>
        </w:rPr>
        <w:t>Details of Medical Travel</w:t>
      </w:r>
    </w:p>
    <w:p w14:paraId="403EB607" w14:textId="77777777" w:rsidR="00201907" w:rsidRPr="005D6384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5E282709" w14:textId="69791E7F" w:rsidR="003B0962" w:rsidRDefault="00D4709F" w:rsidP="00201907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This section </w:t>
      </w:r>
      <w:r w:rsidR="00B96246">
        <w:rPr>
          <w:rFonts w:ascii="Lato" w:hAnsi="Lato"/>
          <w:sz w:val="24"/>
          <w:szCs w:val="24"/>
        </w:rPr>
        <w:t xml:space="preserve">(Picture </w:t>
      </w:r>
      <w:r w:rsidR="00726813">
        <w:rPr>
          <w:rFonts w:ascii="Lato" w:hAnsi="Lato"/>
          <w:sz w:val="24"/>
          <w:szCs w:val="24"/>
        </w:rPr>
        <w:t>4</w:t>
      </w:r>
      <w:r w:rsidR="00B96246">
        <w:rPr>
          <w:rFonts w:ascii="Lato" w:hAnsi="Lato"/>
          <w:sz w:val="24"/>
          <w:szCs w:val="24"/>
        </w:rPr>
        <w:t xml:space="preserve">) </w:t>
      </w:r>
      <w:r w:rsidR="00930624">
        <w:rPr>
          <w:rFonts w:ascii="Lato" w:hAnsi="Lato"/>
          <w:sz w:val="24"/>
          <w:szCs w:val="24"/>
        </w:rPr>
        <w:t>collects</w:t>
      </w:r>
      <w:r>
        <w:rPr>
          <w:rFonts w:ascii="Lato" w:hAnsi="Lato"/>
          <w:sz w:val="24"/>
          <w:szCs w:val="24"/>
        </w:rPr>
        <w:t xml:space="preserve"> </w:t>
      </w:r>
      <w:r w:rsidR="00F7733B" w:rsidRPr="001213EC">
        <w:rPr>
          <w:rFonts w:ascii="Lato" w:hAnsi="Lato"/>
          <w:sz w:val="24"/>
          <w:szCs w:val="24"/>
        </w:rPr>
        <w:t>appointment details and flight information</w:t>
      </w:r>
      <w:r w:rsidR="009C2C3C" w:rsidRPr="001213EC">
        <w:rPr>
          <w:rFonts w:ascii="Lato" w:hAnsi="Lato"/>
          <w:sz w:val="24"/>
          <w:szCs w:val="24"/>
        </w:rPr>
        <w:t>.</w:t>
      </w:r>
      <w:r w:rsidR="00FF2CD5">
        <w:rPr>
          <w:rFonts w:ascii="Lato" w:hAnsi="Lato"/>
          <w:sz w:val="24"/>
          <w:szCs w:val="24"/>
        </w:rPr>
        <w:t xml:space="preserve"> </w:t>
      </w:r>
      <w:r w:rsidR="009C2C3C" w:rsidRPr="001213EC">
        <w:rPr>
          <w:rFonts w:ascii="Lato" w:hAnsi="Lato"/>
          <w:sz w:val="24"/>
          <w:szCs w:val="24"/>
        </w:rPr>
        <w:t xml:space="preserve">The </w:t>
      </w:r>
      <w:r w:rsidR="009C2C3C" w:rsidRPr="00DD1D8B">
        <w:rPr>
          <w:rFonts w:ascii="Lato" w:hAnsi="Lato"/>
          <w:b/>
          <w:bCs/>
          <w:sz w:val="24"/>
          <w:szCs w:val="24"/>
          <w:u w:val="single"/>
        </w:rPr>
        <w:t>Appointment Location</w:t>
      </w:r>
      <w:r w:rsidR="009C2C3C" w:rsidRPr="001213EC">
        <w:rPr>
          <w:rFonts w:ascii="Lato" w:hAnsi="Lato"/>
          <w:b/>
          <w:bCs/>
          <w:sz w:val="24"/>
          <w:szCs w:val="24"/>
        </w:rPr>
        <w:t xml:space="preserve"> </w:t>
      </w:r>
      <w:r w:rsidR="009C2C3C" w:rsidRPr="001213EC">
        <w:rPr>
          <w:rFonts w:ascii="Lato" w:hAnsi="Lato"/>
          <w:sz w:val="24"/>
          <w:szCs w:val="24"/>
        </w:rPr>
        <w:t>may include the name of the facility (e.g.</w:t>
      </w:r>
      <w:r w:rsidR="00FF2CD5">
        <w:rPr>
          <w:rFonts w:ascii="Lato" w:hAnsi="Lato"/>
          <w:sz w:val="24"/>
          <w:szCs w:val="24"/>
        </w:rPr>
        <w:t>,</w:t>
      </w:r>
      <w:r w:rsidR="009C2C3C" w:rsidRPr="001213EC">
        <w:rPr>
          <w:rFonts w:ascii="Lato" w:hAnsi="Lato"/>
          <w:sz w:val="24"/>
          <w:szCs w:val="24"/>
        </w:rPr>
        <w:t xml:space="preserve"> Health Sciences Centre) or </w:t>
      </w:r>
      <w:r w:rsidR="00FF2CD5">
        <w:rPr>
          <w:rFonts w:ascii="Lato" w:hAnsi="Lato"/>
          <w:sz w:val="24"/>
          <w:szCs w:val="24"/>
        </w:rPr>
        <w:t xml:space="preserve">the </w:t>
      </w:r>
      <w:r w:rsidR="009C2C3C" w:rsidRPr="001213EC">
        <w:rPr>
          <w:rFonts w:ascii="Lato" w:hAnsi="Lato"/>
          <w:sz w:val="24"/>
          <w:szCs w:val="24"/>
        </w:rPr>
        <w:t>street address (e.g.</w:t>
      </w:r>
      <w:r w:rsidR="00FF2CD5">
        <w:rPr>
          <w:rFonts w:ascii="Lato" w:hAnsi="Lato"/>
          <w:sz w:val="24"/>
          <w:szCs w:val="24"/>
        </w:rPr>
        <w:t>,</w:t>
      </w:r>
      <w:r w:rsidR="009C2C3C" w:rsidRPr="001213EC">
        <w:rPr>
          <w:rFonts w:ascii="Lato" w:hAnsi="Lato"/>
          <w:sz w:val="24"/>
          <w:szCs w:val="24"/>
        </w:rPr>
        <w:t xml:space="preserve"> 123 Avenue) where your appointment is taking place.</w:t>
      </w:r>
      <w:r w:rsidR="00237BF9" w:rsidRPr="001213EC">
        <w:rPr>
          <w:rFonts w:ascii="Lato" w:hAnsi="Lato"/>
          <w:sz w:val="24"/>
          <w:szCs w:val="24"/>
        </w:rPr>
        <w:t xml:space="preserve"> </w:t>
      </w:r>
    </w:p>
    <w:p w14:paraId="3AE2D2E1" w14:textId="77777777" w:rsidR="003B0962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0AF1F940" w14:textId="28FA91D7" w:rsidR="00F02E88" w:rsidRPr="00F02E88" w:rsidRDefault="00F02E88" w:rsidP="00F02E88">
      <w:pPr>
        <w:spacing w:after="0" w:line="240" w:lineRule="auto"/>
        <w:rPr>
          <w:rFonts w:ascii="Lato" w:hAnsi="Lato"/>
          <w:sz w:val="24"/>
          <w:szCs w:val="24"/>
        </w:rPr>
      </w:pPr>
      <w:r w:rsidRPr="00F02E88">
        <w:rPr>
          <w:rFonts w:ascii="Lato" w:hAnsi="Lato"/>
          <w:sz w:val="24"/>
          <w:szCs w:val="24"/>
        </w:rPr>
        <w:t xml:space="preserve">Choose the </w:t>
      </w:r>
      <w:r w:rsidRPr="000D154C">
        <w:rPr>
          <w:rFonts w:ascii="Lato" w:hAnsi="Lato"/>
          <w:b/>
          <w:bCs/>
          <w:sz w:val="24"/>
          <w:szCs w:val="24"/>
          <w:u w:val="single"/>
        </w:rPr>
        <w:t>Primary Reason for Travel</w:t>
      </w:r>
      <w:r>
        <w:rPr>
          <w:rFonts w:ascii="Lato" w:hAnsi="Lato"/>
          <w:b/>
          <w:bCs/>
          <w:sz w:val="24"/>
          <w:szCs w:val="24"/>
          <w:u w:val="single"/>
        </w:rPr>
        <w:t xml:space="preserve"> </w:t>
      </w:r>
      <w:r w:rsidRPr="00F02E88">
        <w:rPr>
          <w:rFonts w:ascii="Lato" w:hAnsi="Lato"/>
          <w:sz w:val="24"/>
          <w:szCs w:val="24"/>
        </w:rPr>
        <w:t>from the dropdown list. If you have multiple appointments, select the reason that applies to the earliest appointment and enter the date of that appointment.</w:t>
      </w:r>
    </w:p>
    <w:p w14:paraId="55C97018" w14:textId="77777777" w:rsidR="00F02E88" w:rsidRDefault="00F02E88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42458E07" w14:textId="35F9BA58" w:rsidR="009C2C3C" w:rsidRDefault="009C2C3C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1213EC">
        <w:rPr>
          <w:rFonts w:ascii="Lato" w:hAnsi="Lato"/>
          <w:sz w:val="24"/>
          <w:szCs w:val="24"/>
        </w:rPr>
        <w:t xml:space="preserve">If you know the </w:t>
      </w:r>
      <w:r w:rsidRPr="00DD1D8B">
        <w:rPr>
          <w:rFonts w:ascii="Lato" w:hAnsi="Lato"/>
          <w:b/>
          <w:bCs/>
          <w:sz w:val="24"/>
          <w:szCs w:val="24"/>
          <w:u w:val="single"/>
        </w:rPr>
        <w:t>Physician Specialty</w:t>
      </w:r>
      <w:r w:rsidRPr="001213EC">
        <w:rPr>
          <w:rFonts w:ascii="Lato" w:hAnsi="Lato"/>
          <w:sz w:val="24"/>
          <w:szCs w:val="24"/>
        </w:rPr>
        <w:t xml:space="preserve"> (e.g.</w:t>
      </w:r>
      <w:r w:rsidR="00FF2CD5">
        <w:rPr>
          <w:rFonts w:ascii="Lato" w:hAnsi="Lato"/>
          <w:sz w:val="24"/>
          <w:szCs w:val="24"/>
        </w:rPr>
        <w:t>,</w:t>
      </w:r>
      <w:r w:rsidRPr="001213EC">
        <w:rPr>
          <w:rFonts w:ascii="Lato" w:hAnsi="Lato"/>
          <w:sz w:val="24"/>
          <w:szCs w:val="24"/>
        </w:rPr>
        <w:t xml:space="preserve"> surgeon, Ophthalmologist, Cardiology)</w:t>
      </w:r>
      <w:r w:rsidR="00F02E88">
        <w:rPr>
          <w:rFonts w:ascii="Lato" w:hAnsi="Lato"/>
          <w:sz w:val="24"/>
          <w:szCs w:val="24"/>
        </w:rPr>
        <w:t>,</w:t>
      </w:r>
      <w:r w:rsidRPr="001213EC">
        <w:rPr>
          <w:rFonts w:ascii="Lato" w:hAnsi="Lato"/>
          <w:sz w:val="24"/>
          <w:szCs w:val="24"/>
        </w:rPr>
        <w:t xml:space="preserve"> include it here. You can also say if you are </w:t>
      </w:r>
      <w:r w:rsidR="00F02E88">
        <w:rPr>
          <w:rFonts w:ascii="Lato" w:hAnsi="Lato"/>
          <w:sz w:val="24"/>
          <w:szCs w:val="24"/>
        </w:rPr>
        <w:t>travelling</w:t>
      </w:r>
      <w:r w:rsidRPr="001213EC">
        <w:rPr>
          <w:rFonts w:ascii="Lato" w:hAnsi="Lato"/>
          <w:sz w:val="24"/>
          <w:szCs w:val="24"/>
        </w:rPr>
        <w:t xml:space="preserve"> for a test (e.g.</w:t>
      </w:r>
      <w:r w:rsidR="00FF2CD5">
        <w:rPr>
          <w:rFonts w:ascii="Lato" w:hAnsi="Lato"/>
          <w:sz w:val="24"/>
          <w:szCs w:val="24"/>
        </w:rPr>
        <w:t>,</w:t>
      </w:r>
      <w:r w:rsidRPr="001213EC">
        <w:rPr>
          <w:rFonts w:ascii="Lato" w:hAnsi="Lato"/>
          <w:sz w:val="24"/>
          <w:szCs w:val="24"/>
        </w:rPr>
        <w:t xml:space="preserve"> MRI, CT scan)</w:t>
      </w:r>
      <w:r w:rsidR="00F02E88">
        <w:rPr>
          <w:rFonts w:ascii="Lato" w:hAnsi="Lato"/>
          <w:sz w:val="24"/>
          <w:szCs w:val="24"/>
        </w:rPr>
        <w:t>, illness or treatment (e.g., cancer, dialysis)</w:t>
      </w:r>
      <w:r w:rsidR="00F02E88" w:rsidRPr="001213EC">
        <w:rPr>
          <w:rFonts w:ascii="Lato" w:hAnsi="Lato"/>
          <w:sz w:val="24"/>
          <w:szCs w:val="24"/>
        </w:rPr>
        <w:t xml:space="preserve"> </w:t>
      </w:r>
      <w:r w:rsidRPr="001213EC">
        <w:rPr>
          <w:rFonts w:ascii="Lato" w:hAnsi="Lato"/>
          <w:sz w:val="24"/>
          <w:szCs w:val="24"/>
        </w:rPr>
        <w:t xml:space="preserve">or indicate Unknown. </w:t>
      </w:r>
    </w:p>
    <w:p w14:paraId="7672B829" w14:textId="77777777" w:rsidR="003B0962" w:rsidRPr="001213EC" w:rsidRDefault="003B0962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420E9E2C" w14:textId="6BA1D96F" w:rsidR="003B0962" w:rsidRPr="001213EC" w:rsidRDefault="00237BF9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1213EC">
        <w:rPr>
          <w:rFonts w:ascii="Lato" w:hAnsi="Lato"/>
          <w:sz w:val="24"/>
          <w:szCs w:val="24"/>
        </w:rPr>
        <w:t>Choose where you are</w:t>
      </w:r>
      <w:r w:rsidRPr="001213EC">
        <w:rPr>
          <w:rFonts w:ascii="Lato" w:hAnsi="Lato"/>
          <w:b/>
          <w:bCs/>
          <w:sz w:val="24"/>
          <w:szCs w:val="24"/>
        </w:rPr>
        <w:t xml:space="preserve"> </w:t>
      </w:r>
      <w:r w:rsidRPr="001213EC">
        <w:rPr>
          <w:rFonts w:ascii="Lato" w:hAnsi="Lato"/>
          <w:b/>
          <w:bCs/>
          <w:sz w:val="24"/>
          <w:szCs w:val="24"/>
          <w:u w:val="single"/>
        </w:rPr>
        <w:t>Departing</w:t>
      </w:r>
      <w:r w:rsidR="00EF5D90">
        <w:rPr>
          <w:rFonts w:ascii="Lato" w:hAnsi="Lato"/>
          <w:b/>
          <w:bCs/>
          <w:sz w:val="24"/>
          <w:szCs w:val="24"/>
          <w:u w:val="single"/>
        </w:rPr>
        <w:t xml:space="preserve"> </w:t>
      </w:r>
      <w:r w:rsidR="00EF5D90" w:rsidRPr="00AB12E7">
        <w:rPr>
          <w:rFonts w:ascii="Lato" w:hAnsi="Lato"/>
          <w:sz w:val="24"/>
          <w:szCs w:val="24"/>
        </w:rPr>
        <w:t>from</w:t>
      </w:r>
      <w:r w:rsidRPr="001213EC">
        <w:rPr>
          <w:rFonts w:ascii="Lato" w:hAnsi="Lato"/>
          <w:b/>
          <w:bCs/>
          <w:sz w:val="24"/>
          <w:szCs w:val="24"/>
        </w:rPr>
        <w:t xml:space="preserve"> </w:t>
      </w:r>
      <w:r w:rsidRPr="001213EC">
        <w:rPr>
          <w:rFonts w:ascii="Lato" w:hAnsi="Lato"/>
          <w:sz w:val="24"/>
          <w:szCs w:val="24"/>
        </w:rPr>
        <w:t>(closest airport to where you live)</w:t>
      </w:r>
      <w:r w:rsidR="005D6384">
        <w:rPr>
          <w:rFonts w:ascii="Lato" w:hAnsi="Lato"/>
          <w:sz w:val="24"/>
          <w:szCs w:val="24"/>
        </w:rPr>
        <w:t xml:space="preserve">, </w:t>
      </w:r>
      <w:r w:rsidRPr="001213EC">
        <w:rPr>
          <w:rFonts w:ascii="Lato" w:hAnsi="Lato"/>
          <w:sz w:val="24"/>
          <w:szCs w:val="24"/>
        </w:rPr>
        <w:t xml:space="preserve">where you will be </w:t>
      </w:r>
      <w:r w:rsidRPr="001213EC">
        <w:rPr>
          <w:rFonts w:ascii="Lato" w:hAnsi="Lato"/>
          <w:b/>
          <w:bCs/>
          <w:sz w:val="24"/>
          <w:szCs w:val="24"/>
          <w:u w:val="single"/>
        </w:rPr>
        <w:t>Arriving</w:t>
      </w:r>
      <w:r w:rsidRPr="001213EC">
        <w:rPr>
          <w:rFonts w:ascii="Lato" w:hAnsi="Lato"/>
          <w:b/>
          <w:bCs/>
          <w:sz w:val="24"/>
          <w:szCs w:val="24"/>
        </w:rPr>
        <w:t xml:space="preserve"> </w:t>
      </w:r>
      <w:r w:rsidRPr="001213EC">
        <w:rPr>
          <w:rFonts w:ascii="Lato" w:hAnsi="Lato"/>
          <w:sz w:val="24"/>
          <w:szCs w:val="24"/>
        </w:rPr>
        <w:t>(closest airport to your appointment)</w:t>
      </w:r>
      <w:r w:rsidR="00FF2CD5">
        <w:rPr>
          <w:rFonts w:ascii="Lato" w:hAnsi="Lato"/>
          <w:sz w:val="24"/>
          <w:szCs w:val="24"/>
        </w:rPr>
        <w:t>,</w:t>
      </w:r>
      <w:r w:rsidR="005D6384">
        <w:rPr>
          <w:rFonts w:ascii="Lato" w:hAnsi="Lato"/>
          <w:sz w:val="24"/>
          <w:szCs w:val="24"/>
        </w:rPr>
        <w:t xml:space="preserve"> and if a </w:t>
      </w:r>
      <w:r w:rsidR="00EF5D90">
        <w:rPr>
          <w:rFonts w:ascii="Lato" w:hAnsi="Lato"/>
          <w:sz w:val="24"/>
          <w:szCs w:val="24"/>
        </w:rPr>
        <w:t xml:space="preserve">round-trip </w:t>
      </w:r>
      <w:r w:rsidR="005D6384">
        <w:rPr>
          <w:rFonts w:ascii="Lato" w:hAnsi="Lato"/>
          <w:sz w:val="24"/>
          <w:szCs w:val="24"/>
        </w:rPr>
        <w:t>is needed</w:t>
      </w:r>
      <w:r w:rsidR="009C2C3C" w:rsidRPr="001213EC">
        <w:rPr>
          <w:rFonts w:ascii="Lato" w:hAnsi="Lato"/>
          <w:sz w:val="24"/>
          <w:szCs w:val="24"/>
        </w:rPr>
        <w:t>.</w:t>
      </w:r>
      <w:r w:rsidRPr="001213EC">
        <w:rPr>
          <w:rFonts w:ascii="Lato" w:hAnsi="Lato"/>
          <w:sz w:val="24"/>
          <w:szCs w:val="24"/>
        </w:rPr>
        <w:t xml:space="preserve"> Do the same for your </w:t>
      </w:r>
      <w:r w:rsidR="00EF5D90">
        <w:rPr>
          <w:rFonts w:ascii="Lato" w:hAnsi="Lato"/>
          <w:sz w:val="24"/>
          <w:szCs w:val="24"/>
        </w:rPr>
        <w:t>e</w:t>
      </w:r>
      <w:r w:rsidRPr="001213EC">
        <w:rPr>
          <w:rFonts w:ascii="Lato" w:hAnsi="Lato"/>
          <w:sz w:val="24"/>
          <w:szCs w:val="24"/>
        </w:rPr>
        <w:t>scort</w:t>
      </w:r>
      <w:r w:rsidR="00331032">
        <w:rPr>
          <w:rFonts w:ascii="Lato" w:hAnsi="Lato"/>
          <w:sz w:val="24"/>
          <w:szCs w:val="24"/>
        </w:rPr>
        <w:t>,</w:t>
      </w:r>
      <w:r w:rsidRPr="001213EC">
        <w:rPr>
          <w:rFonts w:ascii="Lato" w:hAnsi="Lato"/>
          <w:sz w:val="24"/>
          <w:szCs w:val="24"/>
        </w:rPr>
        <w:t xml:space="preserve"> if </w:t>
      </w:r>
      <w:r w:rsidR="00331032">
        <w:rPr>
          <w:rFonts w:ascii="Lato" w:hAnsi="Lato"/>
          <w:sz w:val="24"/>
          <w:szCs w:val="24"/>
        </w:rPr>
        <w:t>applicable</w:t>
      </w:r>
      <w:r w:rsidRPr="001213EC">
        <w:rPr>
          <w:rFonts w:ascii="Lato" w:hAnsi="Lato"/>
          <w:sz w:val="24"/>
          <w:szCs w:val="24"/>
        </w:rPr>
        <w:t xml:space="preserve">. </w:t>
      </w:r>
      <w:r w:rsidR="009C2C3C" w:rsidRPr="001213EC">
        <w:rPr>
          <w:rFonts w:ascii="Lato" w:hAnsi="Lato"/>
          <w:sz w:val="24"/>
          <w:szCs w:val="24"/>
        </w:rPr>
        <w:t xml:space="preserve">If </w:t>
      </w:r>
      <w:r w:rsidRPr="001213EC">
        <w:rPr>
          <w:rFonts w:ascii="Lato" w:hAnsi="Lato"/>
          <w:sz w:val="24"/>
          <w:szCs w:val="24"/>
        </w:rPr>
        <w:t xml:space="preserve">your escort is not travelling from the same airport, </w:t>
      </w:r>
      <w:r w:rsidR="005D6384">
        <w:rPr>
          <w:rFonts w:ascii="Lato" w:hAnsi="Lato"/>
          <w:sz w:val="24"/>
          <w:szCs w:val="24"/>
        </w:rPr>
        <w:t>or if you are returning to a different airport</w:t>
      </w:r>
      <w:r w:rsidR="00FF2CD5">
        <w:rPr>
          <w:rFonts w:ascii="Lato" w:hAnsi="Lato"/>
          <w:sz w:val="24"/>
          <w:szCs w:val="24"/>
        </w:rPr>
        <w:t>,</w:t>
      </w:r>
      <w:r w:rsidR="005D6384">
        <w:rPr>
          <w:rFonts w:ascii="Lato" w:hAnsi="Lato"/>
          <w:sz w:val="24"/>
          <w:szCs w:val="24"/>
        </w:rPr>
        <w:t xml:space="preserve"> </w:t>
      </w:r>
      <w:r w:rsidRPr="001213EC">
        <w:rPr>
          <w:rFonts w:ascii="Lato" w:hAnsi="Lato"/>
          <w:sz w:val="24"/>
          <w:szCs w:val="24"/>
        </w:rPr>
        <w:t xml:space="preserve">you may need to provide extra documents. </w:t>
      </w:r>
    </w:p>
    <w:p w14:paraId="111D30BA" w14:textId="77777777" w:rsidR="00E40E7E" w:rsidRDefault="00E40E7E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2B6C556C" w14:textId="50995ABC" w:rsidR="00726813" w:rsidRDefault="000B24D0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>Picture</w:t>
      </w:r>
      <w:r w:rsidR="00A27B30" w:rsidRPr="00945DFB">
        <w:rPr>
          <w:rFonts w:ascii="Lato" w:hAnsi="Lato"/>
          <w:b/>
          <w:bCs/>
          <w:sz w:val="24"/>
          <w:szCs w:val="24"/>
        </w:rPr>
        <w:t xml:space="preserve"> </w:t>
      </w:r>
      <w:r w:rsidR="00726813">
        <w:rPr>
          <w:rFonts w:ascii="Lato" w:hAnsi="Lato"/>
          <w:b/>
          <w:bCs/>
          <w:sz w:val="24"/>
          <w:szCs w:val="24"/>
        </w:rPr>
        <w:t>4</w:t>
      </w:r>
    </w:p>
    <w:p w14:paraId="409F59A3" w14:textId="5735E8DC" w:rsidR="00726813" w:rsidRDefault="00726813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726813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4A331DCF" wp14:editId="26E2F140">
            <wp:extent cx="5943600" cy="1931035"/>
            <wp:effectExtent l="57150" t="38100" r="57150" b="69215"/>
            <wp:docPr id="1653838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83849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10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843AD1B" w14:textId="77777777" w:rsidR="00201907" w:rsidRPr="00885E5A" w:rsidRDefault="00201907" w:rsidP="00885E5A">
      <w:pPr>
        <w:spacing w:after="0" w:line="240" w:lineRule="auto"/>
        <w:ind w:left="400"/>
        <w:rPr>
          <w:rFonts w:ascii="Lato" w:hAnsi="Lato"/>
          <w:iCs/>
          <w:sz w:val="24"/>
          <w:szCs w:val="24"/>
        </w:rPr>
      </w:pPr>
    </w:p>
    <w:p w14:paraId="081B7848" w14:textId="442D88BB" w:rsidR="00D22B3C" w:rsidRPr="00FC004A" w:rsidRDefault="00D22B3C" w:rsidP="00D22B3C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>
        <w:rPr>
          <w:rFonts w:ascii="Lato" w:hAnsi="Lato"/>
          <w:color w:val="253746"/>
        </w:rPr>
        <w:t>Section 4: Supporting Documentation</w:t>
      </w:r>
    </w:p>
    <w:p w14:paraId="20E20E11" w14:textId="77777777" w:rsidR="00D22B3C" w:rsidRDefault="00D22B3C" w:rsidP="00D22B3C">
      <w:pPr>
        <w:spacing w:after="0" w:line="240" w:lineRule="auto"/>
        <w:rPr>
          <w:rFonts w:ascii="Lato" w:hAnsi="Lato"/>
          <w:sz w:val="24"/>
          <w:szCs w:val="24"/>
        </w:rPr>
      </w:pPr>
    </w:p>
    <w:p w14:paraId="1B426696" w14:textId="28537C72" w:rsidR="00D22B3C" w:rsidRDefault="00D22B3C" w:rsidP="00D22B3C">
      <w:pPr>
        <w:spacing w:after="0" w:line="240" w:lineRule="auto"/>
        <w:rPr>
          <w:rFonts w:ascii="Lato" w:hAnsi="Lato"/>
          <w:sz w:val="24"/>
          <w:szCs w:val="24"/>
        </w:rPr>
      </w:pPr>
      <w:r w:rsidRPr="001213EC">
        <w:rPr>
          <w:rFonts w:ascii="Lato" w:hAnsi="Lato"/>
          <w:sz w:val="24"/>
          <w:szCs w:val="24"/>
        </w:rPr>
        <w:t>The supporting documentation</w:t>
      </w:r>
      <w:r>
        <w:rPr>
          <w:rFonts w:ascii="Lato" w:hAnsi="Lato"/>
          <w:sz w:val="24"/>
          <w:szCs w:val="24"/>
        </w:rPr>
        <w:t xml:space="preserve"> </w:t>
      </w:r>
      <w:r w:rsidRPr="001213EC">
        <w:rPr>
          <w:rFonts w:ascii="Lato" w:hAnsi="Lato"/>
          <w:sz w:val="24"/>
          <w:szCs w:val="24"/>
        </w:rPr>
        <w:t>checklist</w:t>
      </w:r>
      <w:r>
        <w:rPr>
          <w:rFonts w:ascii="Lato" w:hAnsi="Lato"/>
          <w:sz w:val="24"/>
          <w:szCs w:val="24"/>
        </w:rPr>
        <w:t xml:space="preserve"> (Picture 5)</w:t>
      </w:r>
      <w:r w:rsidRPr="001213EC">
        <w:rPr>
          <w:rFonts w:ascii="Lato" w:hAnsi="Lato"/>
          <w:sz w:val="24"/>
          <w:szCs w:val="24"/>
        </w:rPr>
        <w:t xml:space="preserve"> </w:t>
      </w:r>
      <w:r>
        <w:rPr>
          <w:rFonts w:ascii="Lato" w:hAnsi="Lato"/>
          <w:sz w:val="24"/>
          <w:szCs w:val="24"/>
        </w:rPr>
        <w:t>reminds</w:t>
      </w:r>
      <w:r w:rsidRPr="001213EC">
        <w:rPr>
          <w:rFonts w:ascii="Lato" w:hAnsi="Lato"/>
          <w:sz w:val="24"/>
          <w:szCs w:val="24"/>
        </w:rPr>
        <w:t xml:space="preserve"> you </w:t>
      </w:r>
      <w:r>
        <w:rPr>
          <w:rFonts w:ascii="Lato" w:hAnsi="Lato"/>
          <w:sz w:val="24"/>
          <w:szCs w:val="24"/>
        </w:rPr>
        <w:t xml:space="preserve">of </w:t>
      </w:r>
      <w:r w:rsidRPr="001213EC">
        <w:rPr>
          <w:rFonts w:ascii="Lato" w:hAnsi="Lato"/>
          <w:sz w:val="24"/>
          <w:szCs w:val="24"/>
        </w:rPr>
        <w:t xml:space="preserve">what is needed to complete </w:t>
      </w:r>
      <w:r>
        <w:rPr>
          <w:rFonts w:ascii="Lato" w:hAnsi="Lato"/>
          <w:sz w:val="24"/>
          <w:szCs w:val="24"/>
        </w:rPr>
        <w:t>your</w:t>
      </w:r>
      <w:r w:rsidRPr="001213EC">
        <w:rPr>
          <w:rFonts w:ascii="Lato" w:hAnsi="Lato"/>
          <w:sz w:val="24"/>
          <w:szCs w:val="24"/>
        </w:rPr>
        <w:t xml:space="preserve"> request.</w:t>
      </w:r>
      <w:r>
        <w:rPr>
          <w:rFonts w:ascii="Lato" w:hAnsi="Lato"/>
          <w:sz w:val="24"/>
          <w:szCs w:val="24"/>
        </w:rPr>
        <w:t xml:space="preserve"> </w:t>
      </w:r>
    </w:p>
    <w:p w14:paraId="5D665C1C" w14:textId="77777777" w:rsidR="00D22B3C" w:rsidRDefault="00D22B3C" w:rsidP="00D22B3C">
      <w:pPr>
        <w:spacing w:after="0" w:line="240" w:lineRule="auto"/>
        <w:rPr>
          <w:rFonts w:ascii="Lato" w:hAnsi="Lato"/>
          <w:sz w:val="24"/>
          <w:szCs w:val="24"/>
        </w:rPr>
      </w:pPr>
    </w:p>
    <w:p w14:paraId="5974F577" w14:textId="16D6CAB5" w:rsidR="00D22B3C" w:rsidRDefault="00D22B3C" w:rsidP="00D22B3C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 xml:space="preserve">Picture </w:t>
      </w:r>
      <w:r w:rsidR="00331032">
        <w:rPr>
          <w:rFonts w:ascii="Lato" w:hAnsi="Lato"/>
          <w:b/>
          <w:bCs/>
          <w:sz w:val="24"/>
          <w:szCs w:val="24"/>
        </w:rPr>
        <w:t>5</w:t>
      </w:r>
    </w:p>
    <w:p w14:paraId="3C0C237C" w14:textId="77777777" w:rsidR="00331032" w:rsidRDefault="00D22B3C" w:rsidP="00D22B3C">
      <w:pPr>
        <w:spacing w:after="0" w:line="240" w:lineRule="auto"/>
        <w:rPr>
          <w:rFonts w:ascii="Lato" w:hAnsi="Lato"/>
          <w:sz w:val="24"/>
          <w:szCs w:val="24"/>
        </w:rPr>
      </w:pPr>
      <w:r w:rsidRPr="003F74E5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652665B9" wp14:editId="0D1968EA">
            <wp:extent cx="5943600" cy="913765"/>
            <wp:effectExtent l="57150" t="38100" r="57150" b="76835"/>
            <wp:docPr id="18715781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4198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376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7916F8B" w14:textId="77777777" w:rsidR="00331032" w:rsidRDefault="00331032" w:rsidP="00D22B3C">
      <w:pPr>
        <w:spacing w:after="0" w:line="240" w:lineRule="auto"/>
        <w:rPr>
          <w:rFonts w:ascii="Lato" w:hAnsi="Lato"/>
          <w:sz w:val="24"/>
          <w:szCs w:val="24"/>
        </w:rPr>
      </w:pPr>
    </w:p>
    <w:p w14:paraId="2E0C0AA7" w14:textId="3B1F54FC" w:rsidR="00D22B3C" w:rsidRDefault="00D22B3C" w:rsidP="00D22B3C">
      <w:pPr>
        <w:spacing w:after="0" w:line="240" w:lineRule="auto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Supporting documentation should be submitted by email along with your application.</w:t>
      </w:r>
    </w:p>
    <w:p w14:paraId="57D4EF40" w14:textId="4A224A8B" w:rsidR="006D0944" w:rsidRPr="00FC004A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</w:rPr>
      </w:pPr>
      <w:r w:rsidRPr="00FC004A">
        <w:rPr>
          <w:rFonts w:ascii="Lato" w:hAnsi="Lato"/>
          <w:color w:val="253746"/>
        </w:rPr>
        <w:t xml:space="preserve">Section </w:t>
      </w:r>
      <w:r w:rsidR="00331032">
        <w:rPr>
          <w:rFonts w:ascii="Lato" w:hAnsi="Lato"/>
          <w:color w:val="253746"/>
        </w:rPr>
        <w:t>5</w:t>
      </w:r>
      <w:r w:rsidRPr="00FC004A">
        <w:rPr>
          <w:rFonts w:ascii="Lato" w:hAnsi="Lato"/>
          <w:color w:val="253746"/>
        </w:rPr>
        <w:t xml:space="preserve">: </w:t>
      </w:r>
      <w:r w:rsidR="00171FBE" w:rsidRPr="00FC004A">
        <w:rPr>
          <w:rFonts w:ascii="Lato" w:hAnsi="Lato"/>
          <w:color w:val="253746"/>
        </w:rPr>
        <w:t>Declaration</w:t>
      </w:r>
      <w:r w:rsidR="00331032">
        <w:rPr>
          <w:rFonts w:ascii="Lato" w:hAnsi="Lato"/>
          <w:color w:val="253746"/>
        </w:rPr>
        <w:t xml:space="preserve"> and Submission</w:t>
      </w:r>
    </w:p>
    <w:p w14:paraId="54217B05" w14:textId="77777777" w:rsidR="00201907" w:rsidRDefault="00201907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175292FC" w14:textId="0F51577E" w:rsidR="001A6490" w:rsidRDefault="001A6490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1213EC">
        <w:rPr>
          <w:rFonts w:ascii="Lato" w:hAnsi="Lato"/>
          <w:sz w:val="24"/>
          <w:szCs w:val="24"/>
        </w:rPr>
        <w:t xml:space="preserve">This </w:t>
      </w:r>
      <w:r w:rsidR="001213EC" w:rsidRPr="001213EC">
        <w:rPr>
          <w:rFonts w:ascii="Lato" w:hAnsi="Lato"/>
          <w:sz w:val="24"/>
          <w:szCs w:val="24"/>
        </w:rPr>
        <w:t xml:space="preserve">section </w:t>
      </w:r>
      <w:r w:rsidR="00B96246">
        <w:rPr>
          <w:rFonts w:ascii="Lato" w:hAnsi="Lato"/>
          <w:sz w:val="24"/>
          <w:szCs w:val="24"/>
        </w:rPr>
        <w:t xml:space="preserve">(Picture </w:t>
      </w:r>
      <w:r w:rsidR="00331032">
        <w:rPr>
          <w:rFonts w:ascii="Lato" w:hAnsi="Lato"/>
          <w:sz w:val="24"/>
          <w:szCs w:val="24"/>
        </w:rPr>
        <w:t>6</w:t>
      </w:r>
      <w:r w:rsidR="00B96246">
        <w:rPr>
          <w:rFonts w:ascii="Lato" w:hAnsi="Lato"/>
          <w:sz w:val="24"/>
          <w:szCs w:val="24"/>
        </w:rPr>
        <w:t xml:space="preserve">) </w:t>
      </w:r>
      <w:r w:rsidR="00930624">
        <w:rPr>
          <w:rFonts w:ascii="Lato" w:hAnsi="Lato"/>
          <w:sz w:val="24"/>
          <w:szCs w:val="24"/>
        </w:rPr>
        <w:t>contains</w:t>
      </w:r>
      <w:r w:rsidR="001213EC" w:rsidRPr="001213EC">
        <w:rPr>
          <w:rFonts w:ascii="Lato" w:hAnsi="Lato"/>
          <w:sz w:val="24"/>
          <w:szCs w:val="24"/>
        </w:rPr>
        <w:t xml:space="preserve"> t</w:t>
      </w:r>
      <w:r w:rsidRPr="001213EC">
        <w:rPr>
          <w:rFonts w:ascii="Lato" w:hAnsi="Lato"/>
          <w:sz w:val="24"/>
          <w:szCs w:val="24"/>
        </w:rPr>
        <w:t>he privacy rules and terms you need to follow</w:t>
      </w:r>
      <w:r w:rsidR="001213EC" w:rsidRPr="001213EC">
        <w:rPr>
          <w:rFonts w:ascii="Lato" w:hAnsi="Lato"/>
          <w:sz w:val="24"/>
          <w:szCs w:val="24"/>
        </w:rPr>
        <w:t xml:space="preserve"> for </w:t>
      </w:r>
      <w:r w:rsidR="0067020F">
        <w:rPr>
          <w:rFonts w:ascii="Lato" w:hAnsi="Lato"/>
          <w:sz w:val="24"/>
          <w:szCs w:val="24"/>
        </w:rPr>
        <w:t xml:space="preserve">MTAP In-Province </w:t>
      </w:r>
      <w:r w:rsidR="001213EC" w:rsidRPr="001213EC">
        <w:rPr>
          <w:rFonts w:ascii="Lato" w:hAnsi="Lato"/>
          <w:sz w:val="24"/>
          <w:szCs w:val="24"/>
        </w:rPr>
        <w:t>Flight Pass program</w:t>
      </w:r>
      <w:r w:rsidRPr="001213EC">
        <w:rPr>
          <w:rFonts w:ascii="Lato" w:hAnsi="Lato"/>
          <w:sz w:val="24"/>
          <w:szCs w:val="24"/>
        </w:rPr>
        <w:t xml:space="preserve">. </w:t>
      </w:r>
      <w:r w:rsidR="001213EC" w:rsidRPr="001213EC">
        <w:rPr>
          <w:rFonts w:ascii="Lato" w:hAnsi="Lato"/>
          <w:sz w:val="24"/>
          <w:szCs w:val="24"/>
        </w:rPr>
        <w:t xml:space="preserve">Read them </w:t>
      </w:r>
      <w:r w:rsidR="00726813" w:rsidRPr="001213EC">
        <w:rPr>
          <w:rFonts w:ascii="Lato" w:hAnsi="Lato"/>
          <w:sz w:val="24"/>
          <w:szCs w:val="24"/>
        </w:rPr>
        <w:t>carefully;</w:t>
      </w:r>
      <w:r w:rsidR="001213EC" w:rsidRPr="001213EC">
        <w:rPr>
          <w:rFonts w:ascii="Lato" w:hAnsi="Lato"/>
          <w:sz w:val="24"/>
          <w:szCs w:val="24"/>
        </w:rPr>
        <w:t xml:space="preserve"> </w:t>
      </w:r>
      <w:r w:rsidR="00726813">
        <w:rPr>
          <w:rFonts w:ascii="Lato" w:hAnsi="Lato"/>
          <w:sz w:val="24"/>
          <w:szCs w:val="24"/>
        </w:rPr>
        <w:t xml:space="preserve">by signing, </w:t>
      </w:r>
      <w:r w:rsidR="001213EC" w:rsidRPr="001213EC">
        <w:rPr>
          <w:rFonts w:ascii="Lato" w:hAnsi="Lato"/>
          <w:sz w:val="24"/>
          <w:szCs w:val="24"/>
        </w:rPr>
        <w:t>you agree to the privacy statement</w:t>
      </w:r>
      <w:r w:rsidR="00726813">
        <w:rPr>
          <w:rFonts w:ascii="Lato" w:hAnsi="Lato"/>
          <w:sz w:val="24"/>
          <w:szCs w:val="24"/>
        </w:rPr>
        <w:t xml:space="preserve"> and terms presented</w:t>
      </w:r>
      <w:r w:rsidR="00EF5D90">
        <w:rPr>
          <w:rFonts w:ascii="Lato" w:hAnsi="Lato"/>
          <w:sz w:val="24"/>
          <w:szCs w:val="24"/>
        </w:rPr>
        <w:t xml:space="preserve">. </w:t>
      </w:r>
      <w:r w:rsidR="001213EC" w:rsidRPr="001213EC">
        <w:rPr>
          <w:rFonts w:ascii="Lato" w:hAnsi="Lato"/>
          <w:sz w:val="24"/>
          <w:szCs w:val="24"/>
        </w:rPr>
        <w:t xml:space="preserve"> </w:t>
      </w:r>
    </w:p>
    <w:p w14:paraId="0332A359" w14:textId="48B15171" w:rsidR="00D22B3C" w:rsidRPr="00331032" w:rsidRDefault="00D22B3C" w:rsidP="00331032">
      <w:pPr>
        <w:spacing w:after="0" w:line="240" w:lineRule="auto"/>
        <w:rPr>
          <w:rFonts w:ascii="Lato" w:hAnsi="Lato"/>
          <w:sz w:val="24"/>
          <w:szCs w:val="24"/>
        </w:rPr>
      </w:pPr>
    </w:p>
    <w:p w14:paraId="16D6B18F" w14:textId="1880B74D" w:rsidR="003F74E5" w:rsidRDefault="000B24D0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945DFB">
        <w:rPr>
          <w:rFonts w:ascii="Lato" w:hAnsi="Lato"/>
          <w:b/>
          <w:bCs/>
          <w:sz w:val="24"/>
          <w:szCs w:val="24"/>
        </w:rPr>
        <w:t>Picture</w:t>
      </w:r>
      <w:r w:rsidR="006A253C" w:rsidRPr="00945DFB">
        <w:rPr>
          <w:rFonts w:ascii="Lato" w:hAnsi="Lato"/>
          <w:b/>
          <w:bCs/>
          <w:sz w:val="24"/>
          <w:szCs w:val="24"/>
        </w:rPr>
        <w:t xml:space="preserve"> </w:t>
      </w:r>
      <w:r w:rsidR="00331032">
        <w:rPr>
          <w:rFonts w:ascii="Lato" w:hAnsi="Lato"/>
          <w:b/>
          <w:bCs/>
          <w:sz w:val="24"/>
          <w:szCs w:val="24"/>
        </w:rPr>
        <w:t>6</w:t>
      </w:r>
    </w:p>
    <w:p w14:paraId="0819C115" w14:textId="414E178A" w:rsidR="003F74E5" w:rsidRDefault="003F74E5" w:rsidP="00201907">
      <w:pPr>
        <w:spacing w:after="0" w:line="240" w:lineRule="auto"/>
        <w:rPr>
          <w:rFonts w:ascii="Lato" w:hAnsi="Lato"/>
          <w:b/>
          <w:bCs/>
          <w:sz w:val="24"/>
          <w:szCs w:val="24"/>
        </w:rPr>
      </w:pPr>
      <w:r w:rsidRPr="003F74E5">
        <w:rPr>
          <w:rFonts w:ascii="Lato" w:hAnsi="Lato"/>
          <w:b/>
          <w:bCs/>
          <w:noProof/>
          <w:sz w:val="24"/>
          <w:szCs w:val="24"/>
        </w:rPr>
        <w:drawing>
          <wp:inline distT="0" distB="0" distL="0" distR="0" wp14:anchorId="6BE9D7E1" wp14:editId="6DD9A852">
            <wp:extent cx="5943600" cy="2604135"/>
            <wp:effectExtent l="57150" t="38100" r="57150" b="81915"/>
            <wp:docPr id="16393229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32293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13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  <a:effectLst>
                      <a:outerShdw blurRad="54991" dist="17780" dir="5400000" algn="ctr" rotWithShape="0">
                        <a:schemeClr val="tx1">
                          <a:alpha val="40000"/>
                        </a:scheme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51D17E" w14:textId="77777777" w:rsidR="00726813" w:rsidRDefault="00726813" w:rsidP="00726813">
      <w:pPr>
        <w:spacing w:after="0" w:line="240" w:lineRule="auto"/>
        <w:rPr>
          <w:rFonts w:ascii="Lato" w:hAnsi="Lato"/>
          <w:sz w:val="24"/>
          <w:szCs w:val="24"/>
        </w:rPr>
      </w:pPr>
    </w:p>
    <w:p w14:paraId="091D8776" w14:textId="5C5D592B" w:rsidR="003F74E5" w:rsidRPr="003F74E5" w:rsidRDefault="003F74E5" w:rsidP="003F74E5">
      <w:pPr>
        <w:spacing w:after="0" w:line="240" w:lineRule="auto"/>
        <w:rPr>
          <w:rFonts w:ascii="Lato" w:hAnsi="Lato"/>
          <w:sz w:val="24"/>
          <w:szCs w:val="24"/>
        </w:rPr>
      </w:pPr>
      <w:r w:rsidRPr="003F74E5">
        <w:rPr>
          <w:rFonts w:ascii="Lato" w:hAnsi="Lato"/>
          <w:sz w:val="24"/>
          <w:szCs w:val="24"/>
        </w:rPr>
        <w:t>Completed application</w:t>
      </w:r>
      <w:r>
        <w:rPr>
          <w:rFonts w:ascii="Lato" w:hAnsi="Lato"/>
          <w:sz w:val="24"/>
          <w:szCs w:val="24"/>
        </w:rPr>
        <w:t>s</w:t>
      </w:r>
      <w:r w:rsidRPr="003F74E5">
        <w:rPr>
          <w:rFonts w:ascii="Lato" w:hAnsi="Lato"/>
          <w:sz w:val="24"/>
          <w:szCs w:val="24"/>
        </w:rPr>
        <w:t xml:space="preserve"> can be submitted to </w:t>
      </w:r>
      <w:hyperlink r:id="rId17" w:history="1">
        <w:r w:rsidRPr="003F74E5">
          <w:rPr>
            <w:rStyle w:val="Hyperlink"/>
            <w:rFonts w:ascii="Lato" w:hAnsi="Lato"/>
            <w:sz w:val="24"/>
            <w:szCs w:val="24"/>
          </w:rPr>
          <w:t>FlightPassMTAP@gov.nl.ca</w:t>
        </w:r>
      </w:hyperlink>
      <w:r w:rsidRPr="003F74E5">
        <w:t xml:space="preserve">. </w:t>
      </w:r>
      <w:r w:rsidRPr="003F74E5">
        <w:rPr>
          <w:rFonts w:ascii="Lato" w:hAnsi="Lato"/>
          <w:sz w:val="24"/>
          <w:szCs w:val="24"/>
        </w:rPr>
        <w:t xml:space="preserve">Incomplete applications may result in a delay.  </w:t>
      </w:r>
    </w:p>
    <w:p w14:paraId="4CE267B9" w14:textId="77777777" w:rsidR="003F74E5" w:rsidRDefault="003F74E5" w:rsidP="003F74E5">
      <w:pPr>
        <w:spacing w:after="0" w:line="240" w:lineRule="auto"/>
        <w:rPr>
          <w:rFonts w:ascii="Lato" w:hAnsi="Lato"/>
          <w:sz w:val="24"/>
          <w:szCs w:val="24"/>
        </w:rPr>
      </w:pPr>
    </w:p>
    <w:p w14:paraId="24B20458" w14:textId="77777777" w:rsidR="003F74E5" w:rsidRDefault="003F74E5" w:rsidP="003F74E5">
      <w:pPr>
        <w:spacing w:after="0" w:line="240" w:lineRule="auto"/>
        <w:rPr>
          <w:rFonts w:ascii="Lato" w:hAnsi="Lato"/>
          <w:sz w:val="24"/>
          <w:szCs w:val="24"/>
        </w:rPr>
      </w:pPr>
      <w:r w:rsidRPr="00B96246">
        <w:rPr>
          <w:rFonts w:ascii="Lato" w:hAnsi="Lato"/>
          <w:sz w:val="24"/>
          <w:szCs w:val="24"/>
        </w:rPr>
        <w:t xml:space="preserve">Emails from MTAP will come from </w:t>
      </w:r>
      <w:hyperlink r:id="rId18" w:history="1">
        <w:r w:rsidRPr="00ED5851">
          <w:rPr>
            <w:rStyle w:val="Hyperlink"/>
            <w:rFonts w:ascii="Lato" w:hAnsi="Lato"/>
            <w:sz w:val="24"/>
            <w:szCs w:val="24"/>
          </w:rPr>
          <w:t>FlightPassMTAP@gov.nl.ca</w:t>
        </w:r>
      </w:hyperlink>
      <w:r w:rsidRPr="00B96246">
        <w:rPr>
          <w:rFonts w:ascii="Lato" w:hAnsi="Lato"/>
          <w:sz w:val="24"/>
          <w:szCs w:val="24"/>
        </w:rPr>
        <w:t>. If you are waiting for an email, please check your junk or spam folder.</w:t>
      </w:r>
    </w:p>
    <w:p w14:paraId="74588181" w14:textId="77777777" w:rsidR="00726813" w:rsidRPr="001213EC" w:rsidRDefault="00726813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2A8A1C08" w14:textId="378732ED" w:rsidR="00C43189" w:rsidRDefault="006D0944" w:rsidP="00201907">
      <w:pPr>
        <w:pStyle w:val="Heading1"/>
        <w:pBdr>
          <w:bottom w:val="single" w:sz="4" w:space="1" w:color="auto"/>
        </w:pBdr>
        <w:spacing w:before="0" w:line="240" w:lineRule="auto"/>
        <w:rPr>
          <w:rFonts w:ascii="Lato" w:hAnsi="Lato"/>
          <w:color w:val="253746"/>
        </w:rPr>
      </w:pPr>
      <w:r w:rsidRPr="00FC004A">
        <w:rPr>
          <w:rFonts w:ascii="Lato" w:hAnsi="Lato"/>
          <w:color w:val="253746"/>
        </w:rPr>
        <w:t>Support &amp; Troubleshooting</w:t>
      </w:r>
    </w:p>
    <w:p w14:paraId="41E19119" w14:textId="77777777" w:rsidR="00201907" w:rsidRPr="00201907" w:rsidRDefault="00201907" w:rsidP="00201907">
      <w:pPr>
        <w:spacing w:after="0" w:line="240" w:lineRule="auto"/>
      </w:pPr>
    </w:p>
    <w:p w14:paraId="2D0DDC33" w14:textId="045CBE00" w:rsidR="006F79F3" w:rsidRDefault="006F79F3" w:rsidP="00201907">
      <w:pPr>
        <w:spacing w:after="0" w:line="240" w:lineRule="auto"/>
        <w:rPr>
          <w:rFonts w:ascii="Lato" w:hAnsi="Lato"/>
          <w:sz w:val="24"/>
          <w:szCs w:val="24"/>
        </w:rPr>
      </w:pPr>
      <w:r w:rsidRPr="001213EC">
        <w:rPr>
          <w:rFonts w:ascii="Lato" w:hAnsi="Lato"/>
          <w:sz w:val="24"/>
          <w:szCs w:val="24"/>
        </w:rPr>
        <w:t>If you</w:t>
      </w:r>
      <w:r w:rsidR="001213EC" w:rsidRPr="001213EC">
        <w:rPr>
          <w:rFonts w:ascii="Lato" w:hAnsi="Lato"/>
          <w:sz w:val="24"/>
          <w:szCs w:val="24"/>
        </w:rPr>
        <w:t xml:space="preserve"> need help filling out the </w:t>
      </w:r>
      <w:r w:rsidR="00AB12E7">
        <w:rPr>
          <w:rFonts w:ascii="Lato" w:hAnsi="Lato"/>
          <w:sz w:val="24"/>
          <w:szCs w:val="24"/>
        </w:rPr>
        <w:t>application</w:t>
      </w:r>
      <w:r w:rsidR="001213EC" w:rsidRPr="001213EC">
        <w:rPr>
          <w:rFonts w:ascii="Lato" w:hAnsi="Lato"/>
          <w:sz w:val="24"/>
          <w:szCs w:val="24"/>
        </w:rPr>
        <w:t>,</w:t>
      </w:r>
      <w:r w:rsidRPr="001213EC">
        <w:rPr>
          <w:rFonts w:ascii="Lato" w:hAnsi="Lato"/>
          <w:sz w:val="24"/>
          <w:szCs w:val="24"/>
        </w:rPr>
        <w:t xml:space="preserve"> email us at</w:t>
      </w:r>
      <w:r w:rsidR="00AB12E7">
        <w:rPr>
          <w:rFonts w:ascii="Lato" w:hAnsi="Lato"/>
          <w:sz w:val="24"/>
          <w:szCs w:val="24"/>
        </w:rPr>
        <w:t xml:space="preserve"> </w:t>
      </w:r>
      <w:hyperlink r:id="rId19" w:history="1">
        <w:r w:rsidR="00AB12E7" w:rsidRPr="00ED5851">
          <w:rPr>
            <w:rStyle w:val="Hyperlink"/>
            <w:rFonts w:ascii="Lato" w:hAnsi="Lato"/>
            <w:sz w:val="24"/>
            <w:szCs w:val="24"/>
          </w:rPr>
          <w:t>FlightPassMTAP@gov.nl.ca</w:t>
        </w:r>
      </w:hyperlink>
      <w:r w:rsidRPr="001213EC">
        <w:rPr>
          <w:rFonts w:ascii="Lato" w:hAnsi="Lato"/>
          <w:sz w:val="24"/>
          <w:szCs w:val="24"/>
        </w:rPr>
        <w:t>.</w:t>
      </w:r>
    </w:p>
    <w:p w14:paraId="74D3C99C" w14:textId="77777777" w:rsidR="00B96246" w:rsidRDefault="00B96246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30DF7E42" w14:textId="77777777" w:rsidR="00B96246" w:rsidRPr="001213EC" w:rsidRDefault="00B96246" w:rsidP="00201907">
      <w:pPr>
        <w:spacing w:after="0" w:line="240" w:lineRule="auto"/>
        <w:rPr>
          <w:rFonts w:ascii="Lato" w:hAnsi="Lato"/>
          <w:sz w:val="24"/>
          <w:szCs w:val="24"/>
        </w:rPr>
      </w:pPr>
    </w:p>
    <w:p w14:paraId="5B085BA0" w14:textId="07C568DF" w:rsidR="006F79F3" w:rsidRPr="00FC004A" w:rsidRDefault="006F79F3" w:rsidP="00201907">
      <w:pPr>
        <w:spacing w:after="0" w:line="240" w:lineRule="auto"/>
        <w:rPr>
          <w:rFonts w:ascii="Lato" w:hAnsi="Lato"/>
        </w:rPr>
      </w:pPr>
    </w:p>
    <w:sectPr w:rsidR="006F79F3" w:rsidRPr="00FC004A" w:rsidSect="00F04468">
      <w:footerReference w:type="default" r:id="rId20"/>
      <w:headerReference w:type="first" r:id="rId21"/>
      <w:footerReference w:type="first" r:id="rId22"/>
      <w:pgSz w:w="12240" w:h="15840"/>
      <w:pgMar w:top="1440" w:right="1440" w:bottom="288" w:left="1440" w:header="720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0542" w14:textId="77777777" w:rsidR="00842CCF" w:rsidRDefault="00842CCF" w:rsidP="00FC004A">
      <w:pPr>
        <w:spacing w:after="0" w:line="240" w:lineRule="auto"/>
      </w:pPr>
      <w:r>
        <w:separator/>
      </w:r>
    </w:p>
  </w:endnote>
  <w:endnote w:type="continuationSeparator" w:id="0">
    <w:p w14:paraId="3A298DEB" w14:textId="77777777" w:rsidR="00842CCF" w:rsidRDefault="00842CCF" w:rsidP="00FC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69333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28D83B" w14:textId="14BCD806" w:rsidR="00E95689" w:rsidRDefault="00E956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7B49BA" w14:textId="7E67BCF7" w:rsidR="00070CAB" w:rsidRPr="00D90276" w:rsidRDefault="00070CAB" w:rsidP="00D902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02042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6609A" w14:textId="77777777" w:rsidR="00F04468" w:rsidRDefault="00F044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2828" w14:textId="77777777" w:rsidR="00842CCF" w:rsidRDefault="00842CCF" w:rsidP="00FC004A">
      <w:pPr>
        <w:spacing w:after="0" w:line="240" w:lineRule="auto"/>
      </w:pPr>
      <w:r>
        <w:separator/>
      </w:r>
    </w:p>
  </w:footnote>
  <w:footnote w:type="continuationSeparator" w:id="0">
    <w:p w14:paraId="1FFB0E51" w14:textId="77777777" w:rsidR="00842CCF" w:rsidRDefault="00842CCF" w:rsidP="00FC0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5BB93" w14:textId="77777777" w:rsidR="006F4DA1" w:rsidRDefault="0095313F" w:rsidP="006F4DA1">
    <w:pPr>
      <w:pStyle w:val="Heading1"/>
      <w:spacing w:before="0" w:line="240" w:lineRule="auto"/>
      <w:ind w:left="2880"/>
      <w:rPr>
        <w:rFonts w:ascii="Lato" w:hAnsi="Lato"/>
        <w:color w:val="253746"/>
        <w:sz w:val="32"/>
        <w:szCs w:val="32"/>
      </w:rPr>
    </w:pPr>
    <w:r>
      <w:rPr>
        <w:rFonts w:ascii="Lato" w:hAnsi="Lato"/>
        <w:noProof/>
        <w:color w:val="253746"/>
        <w:sz w:val="32"/>
        <w:szCs w:val="32"/>
      </w:rPr>
      <w:drawing>
        <wp:anchor distT="0" distB="0" distL="114300" distR="114300" simplePos="0" relativeHeight="251658240" behindDoc="0" locked="0" layoutInCell="1" allowOverlap="1" wp14:anchorId="6405D434" wp14:editId="520B7120">
          <wp:simplePos x="0" y="0"/>
          <wp:positionH relativeFrom="column">
            <wp:posOffset>-295275</wp:posOffset>
          </wp:positionH>
          <wp:positionV relativeFrom="paragraph">
            <wp:posOffset>-257175</wp:posOffset>
          </wp:positionV>
          <wp:extent cx="1809750" cy="913575"/>
          <wp:effectExtent l="0" t="0" r="0" b="1270"/>
          <wp:wrapNone/>
          <wp:docPr id="6746293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2936" name="Picture 6746293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9750" cy="913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F25DE7" w14:textId="32EA8F5A" w:rsidR="0095313F" w:rsidRPr="006F4DA1" w:rsidRDefault="0095313F" w:rsidP="006F4DA1">
    <w:pPr>
      <w:pStyle w:val="Heading1"/>
      <w:spacing w:before="0" w:line="240" w:lineRule="auto"/>
      <w:ind w:left="2880"/>
      <w:rPr>
        <w:rFonts w:ascii="Lato" w:hAnsi="Lato"/>
        <w:color w:val="253746"/>
        <w:sz w:val="32"/>
        <w:szCs w:val="32"/>
      </w:rPr>
    </w:pPr>
    <w:r w:rsidRPr="0095313F">
      <w:rPr>
        <w:rFonts w:ascii="Lato" w:hAnsi="Lato"/>
        <w:color w:val="253746"/>
        <w:sz w:val="32"/>
        <w:szCs w:val="32"/>
      </w:rPr>
      <w:t xml:space="preserve">Medical Transportation Assistance Program </w:t>
    </w:r>
    <w:r w:rsidRPr="0095313F">
      <w:rPr>
        <w:rFonts w:ascii="Lato" w:hAnsi="Lato"/>
        <w:b w:val="0"/>
        <w:bCs w:val="0"/>
        <w:color w:val="auto"/>
      </w:rPr>
      <w:t>In-Province Flight Pass User Guide</w:t>
    </w:r>
    <w:r w:rsidR="001D75CC">
      <w:rPr>
        <w:rFonts w:ascii="Lato" w:hAnsi="Lato"/>
        <w:b w:val="0"/>
        <w:bCs w:val="0"/>
        <w:color w:val="auto"/>
      </w:rPr>
      <w:t xml:space="preserve"> - PDF Version</w:t>
    </w:r>
  </w:p>
  <w:p w14:paraId="1FF6C571" w14:textId="77777777" w:rsidR="0095313F" w:rsidRDefault="009531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29529B"/>
    <w:multiLevelType w:val="hybridMultilevel"/>
    <w:tmpl w:val="2CF628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672384"/>
    <w:multiLevelType w:val="multilevel"/>
    <w:tmpl w:val="737E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3E52AC"/>
    <w:multiLevelType w:val="hybridMultilevel"/>
    <w:tmpl w:val="C28CFA16"/>
    <w:lvl w:ilvl="0" w:tplc="761EFE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E83AF3"/>
    <w:multiLevelType w:val="multilevel"/>
    <w:tmpl w:val="711E2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F07819"/>
    <w:multiLevelType w:val="multilevel"/>
    <w:tmpl w:val="90C2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C37391"/>
    <w:multiLevelType w:val="hybridMultilevel"/>
    <w:tmpl w:val="BB8A260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233F3E"/>
    <w:multiLevelType w:val="multilevel"/>
    <w:tmpl w:val="E362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5E0D62"/>
    <w:multiLevelType w:val="multilevel"/>
    <w:tmpl w:val="90C2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65783C"/>
    <w:multiLevelType w:val="multilevel"/>
    <w:tmpl w:val="F106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F162CE"/>
    <w:multiLevelType w:val="multilevel"/>
    <w:tmpl w:val="9E92A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B7288B"/>
    <w:multiLevelType w:val="multilevel"/>
    <w:tmpl w:val="38BE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885281">
    <w:abstractNumId w:val="8"/>
  </w:num>
  <w:num w:numId="2" w16cid:durableId="516193168">
    <w:abstractNumId w:val="6"/>
  </w:num>
  <w:num w:numId="3" w16cid:durableId="355693484">
    <w:abstractNumId w:val="5"/>
  </w:num>
  <w:num w:numId="4" w16cid:durableId="1534343587">
    <w:abstractNumId w:val="4"/>
  </w:num>
  <w:num w:numId="5" w16cid:durableId="2038457501">
    <w:abstractNumId w:val="7"/>
  </w:num>
  <w:num w:numId="6" w16cid:durableId="2001500432">
    <w:abstractNumId w:val="3"/>
  </w:num>
  <w:num w:numId="7" w16cid:durableId="349838118">
    <w:abstractNumId w:val="2"/>
  </w:num>
  <w:num w:numId="8" w16cid:durableId="991370096">
    <w:abstractNumId w:val="1"/>
  </w:num>
  <w:num w:numId="9" w16cid:durableId="2110660578">
    <w:abstractNumId w:val="0"/>
  </w:num>
  <w:num w:numId="10" w16cid:durableId="1962299695">
    <w:abstractNumId w:val="14"/>
  </w:num>
  <w:num w:numId="11" w16cid:durableId="1059284022">
    <w:abstractNumId w:val="11"/>
  </w:num>
  <w:num w:numId="12" w16cid:durableId="726147798">
    <w:abstractNumId w:val="13"/>
  </w:num>
  <w:num w:numId="13" w16cid:durableId="1258059030">
    <w:abstractNumId w:val="9"/>
  </w:num>
  <w:num w:numId="14" w16cid:durableId="1626812518">
    <w:abstractNumId w:val="16"/>
  </w:num>
  <w:num w:numId="15" w16cid:durableId="1500342939">
    <w:abstractNumId w:val="12"/>
  </w:num>
  <w:num w:numId="16" w16cid:durableId="1990090379">
    <w:abstractNumId w:val="10"/>
  </w:num>
  <w:num w:numId="17" w16cid:durableId="28603493">
    <w:abstractNumId w:val="18"/>
  </w:num>
  <w:num w:numId="18" w16cid:durableId="491146851">
    <w:abstractNumId w:val="17"/>
  </w:num>
  <w:num w:numId="19" w16cid:durableId="13581092">
    <w:abstractNumId w:val="19"/>
  </w:num>
  <w:num w:numId="20" w16cid:durableId="227540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5DD"/>
    <w:rsid w:val="00017A86"/>
    <w:rsid w:val="0002427E"/>
    <w:rsid w:val="00034616"/>
    <w:rsid w:val="000470DF"/>
    <w:rsid w:val="00051312"/>
    <w:rsid w:val="0006063C"/>
    <w:rsid w:val="00064317"/>
    <w:rsid w:val="00070CAB"/>
    <w:rsid w:val="00076497"/>
    <w:rsid w:val="00093F06"/>
    <w:rsid w:val="000B09FA"/>
    <w:rsid w:val="000B1A9C"/>
    <w:rsid w:val="000B24D0"/>
    <w:rsid w:val="000D67FD"/>
    <w:rsid w:val="000F2D5E"/>
    <w:rsid w:val="00102ECE"/>
    <w:rsid w:val="001123E6"/>
    <w:rsid w:val="001137AC"/>
    <w:rsid w:val="001144F8"/>
    <w:rsid w:val="00117D42"/>
    <w:rsid w:val="001213EC"/>
    <w:rsid w:val="00124A55"/>
    <w:rsid w:val="0015074B"/>
    <w:rsid w:val="001519E7"/>
    <w:rsid w:val="00152B3F"/>
    <w:rsid w:val="00165241"/>
    <w:rsid w:val="0017126C"/>
    <w:rsid w:val="00171D3D"/>
    <w:rsid w:val="00171FBE"/>
    <w:rsid w:val="001A304B"/>
    <w:rsid w:val="001A4D4E"/>
    <w:rsid w:val="001A6490"/>
    <w:rsid w:val="001D27FB"/>
    <w:rsid w:val="001D75CC"/>
    <w:rsid w:val="001F5585"/>
    <w:rsid w:val="00201907"/>
    <w:rsid w:val="002132D9"/>
    <w:rsid w:val="002145D3"/>
    <w:rsid w:val="002160F2"/>
    <w:rsid w:val="00221443"/>
    <w:rsid w:val="00221F07"/>
    <w:rsid w:val="00235DF3"/>
    <w:rsid w:val="00236EB9"/>
    <w:rsid w:val="00237BF9"/>
    <w:rsid w:val="00240C26"/>
    <w:rsid w:val="00270902"/>
    <w:rsid w:val="0029639D"/>
    <w:rsid w:val="002D1C03"/>
    <w:rsid w:val="002D274F"/>
    <w:rsid w:val="002E27ED"/>
    <w:rsid w:val="002F754E"/>
    <w:rsid w:val="0032080B"/>
    <w:rsid w:val="00326F90"/>
    <w:rsid w:val="00331032"/>
    <w:rsid w:val="00334C2A"/>
    <w:rsid w:val="003362D5"/>
    <w:rsid w:val="00361261"/>
    <w:rsid w:val="00367374"/>
    <w:rsid w:val="00372DE7"/>
    <w:rsid w:val="00374F9E"/>
    <w:rsid w:val="00376B42"/>
    <w:rsid w:val="00387125"/>
    <w:rsid w:val="003B0962"/>
    <w:rsid w:val="003B1B48"/>
    <w:rsid w:val="003B3046"/>
    <w:rsid w:val="003B6432"/>
    <w:rsid w:val="003B6C27"/>
    <w:rsid w:val="003C137A"/>
    <w:rsid w:val="003C1454"/>
    <w:rsid w:val="003F5550"/>
    <w:rsid w:val="003F74E5"/>
    <w:rsid w:val="004307EB"/>
    <w:rsid w:val="00434B01"/>
    <w:rsid w:val="004521F1"/>
    <w:rsid w:val="00452689"/>
    <w:rsid w:val="004568F8"/>
    <w:rsid w:val="00460003"/>
    <w:rsid w:val="00460D30"/>
    <w:rsid w:val="00480F3E"/>
    <w:rsid w:val="004823F9"/>
    <w:rsid w:val="004A3A4F"/>
    <w:rsid w:val="004A6FC1"/>
    <w:rsid w:val="004B19B0"/>
    <w:rsid w:val="004B3993"/>
    <w:rsid w:val="004C06D8"/>
    <w:rsid w:val="004C4FEE"/>
    <w:rsid w:val="004E1BE6"/>
    <w:rsid w:val="004E2239"/>
    <w:rsid w:val="004E6AB6"/>
    <w:rsid w:val="004E7460"/>
    <w:rsid w:val="005602AC"/>
    <w:rsid w:val="00586F42"/>
    <w:rsid w:val="0059730A"/>
    <w:rsid w:val="005B0422"/>
    <w:rsid w:val="005D6384"/>
    <w:rsid w:val="005E4E25"/>
    <w:rsid w:val="005F3713"/>
    <w:rsid w:val="00603439"/>
    <w:rsid w:val="006442BC"/>
    <w:rsid w:val="0067020F"/>
    <w:rsid w:val="00672FD1"/>
    <w:rsid w:val="00696B75"/>
    <w:rsid w:val="006A253C"/>
    <w:rsid w:val="006D0944"/>
    <w:rsid w:val="006D79B5"/>
    <w:rsid w:val="006F4DA1"/>
    <w:rsid w:val="006F79F3"/>
    <w:rsid w:val="0071183E"/>
    <w:rsid w:val="007169B6"/>
    <w:rsid w:val="00726813"/>
    <w:rsid w:val="00731622"/>
    <w:rsid w:val="00737FBE"/>
    <w:rsid w:val="00746E93"/>
    <w:rsid w:val="00762F78"/>
    <w:rsid w:val="00780563"/>
    <w:rsid w:val="00786BE1"/>
    <w:rsid w:val="00787480"/>
    <w:rsid w:val="0079504C"/>
    <w:rsid w:val="00816B55"/>
    <w:rsid w:val="00842CCF"/>
    <w:rsid w:val="00851ED3"/>
    <w:rsid w:val="00856A1D"/>
    <w:rsid w:val="00885E5A"/>
    <w:rsid w:val="00893670"/>
    <w:rsid w:val="008A2E2B"/>
    <w:rsid w:val="008C2B75"/>
    <w:rsid w:val="008C69FB"/>
    <w:rsid w:val="008C729F"/>
    <w:rsid w:val="008D0918"/>
    <w:rsid w:val="008D4A08"/>
    <w:rsid w:val="00901276"/>
    <w:rsid w:val="00904DB5"/>
    <w:rsid w:val="009052D1"/>
    <w:rsid w:val="009259DB"/>
    <w:rsid w:val="00930624"/>
    <w:rsid w:val="00935005"/>
    <w:rsid w:val="009442A5"/>
    <w:rsid w:val="00945DFB"/>
    <w:rsid w:val="00952918"/>
    <w:rsid w:val="0095313F"/>
    <w:rsid w:val="00961BD8"/>
    <w:rsid w:val="00980AA2"/>
    <w:rsid w:val="009863EF"/>
    <w:rsid w:val="00991BE1"/>
    <w:rsid w:val="009A3E3B"/>
    <w:rsid w:val="009C2C3C"/>
    <w:rsid w:val="009D25FE"/>
    <w:rsid w:val="009F667F"/>
    <w:rsid w:val="00A13B91"/>
    <w:rsid w:val="00A21630"/>
    <w:rsid w:val="00A27B30"/>
    <w:rsid w:val="00A33576"/>
    <w:rsid w:val="00A374D4"/>
    <w:rsid w:val="00A66ABA"/>
    <w:rsid w:val="00A71AED"/>
    <w:rsid w:val="00A75D11"/>
    <w:rsid w:val="00A81724"/>
    <w:rsid w:val="00A81CAA"/>
    <w:rsid w:val="00A94703"/>
    <w:rsid w:val="00AA1D8D"/>
    <w:rsid w:val="00AB12E7"/>
    <w:rsid w:val="00AC029E"/>
    <w:rsid w:val="00AC48E0"/>
    <w:rsid w:val="00AD2B84"/>
    <w:rsid w:val="00AD2ED5"/>
    <w:rsid w:val="00AE4D21"/>
    <w:rsid w:val="00B04973"/>
    <w:rsid w:val="00B061FF"/>
    <w:rsid w:val="00B16AB4"/>
    <w:rsid w:val="00B17746"/>
    <w:rsid w:val="00B31E5C"/>
    <w:rsid w:val="00B45395"/>
    <w:rsid w:val="00B47730"/>
    <w:rsid w:val="00B733CC"/>
    <w:rsid w:val="00B96246"/>
    <w:rsid w:val="00C04079"/>
    <w:rsid w:val="00C117AE"/>
    <w:rsid w:val="00C1558D"/>
    <w:rsid w:val="00C43189"/>
    <w:rsid w:val="00C61BD0"/>
    <w:rsid w:val="00C75AF9"/>
    <w:rsid w:val="00CA1048"/>
    <w:rsid w:val="00CB0664"/>
    <w:rsid w:val="00CB7838"/>
    <w:rsid w:val="00CD7364"/>
    <w:rsid w:val="00CE0625"/>
    <w:rsid w:val="00CE07E1"/>
    <w:rsid w:val="00CF578C"/>
    <w:rsid w:val="00D15002"/>
    <w:rsid w:val="00D21FEB"/>
    <w:rsid w:val="00D22B3C"/>
    <w:rsid w:val="00D255DE"/>
    <w:rsid w:val="00D2702B"/>
    <w:rsid w:val="00D43BCD"/>
    <w:rsid w:val="00D4709F"/>
    <w:rsid w:val="00D8251B"/>
    <w:rsid w:val="00D868F3"/>
    <w:rsid w:val="00D90276"/>
    <w:rsid w:val="00DA34BA"/>
    <w:rsid w:val="00DA6774"/>
    <w:rsid w:val="00DC5741"/>
    <w:rsid w:val="00DD1D8B"/>
    <w:rsid w:val="00DD5337"/>
    <w:rsid w:val="00DD6528"/>
    <w:rsid w:val="00DE2C72"/>
    <w:rsid w:val="00DE3941"/>
    <w:rsid w:val="00DF4731"/>
    <w:rsid w:val="00DF65EB"/>
    <w:rsid w:val="00E164CA"/>
    <w:rsid w:val="00E35CD0"/>
    <w:rsid w:val="00E36694"/>
    <w:rsid w:val="00E40E7E"/>
    <w:rsid w:val="00E5410E"/>
    <w:rsid w:val="00E634C0"/>
    <w:rsid w:val="00E74552"/>
    <w:rsid w:val="00E95689"/>
    <w:rsid w:val="00EA337A"/>
    <w:rsid w:val="00EB5411"/>
    <w:rsid w:val="00EF5D90"/>
    <w:rsid w:val="00F02E88"/>
    <w:rsid w:val="00F04468"/>
    <w:rsid w:val="00F05487"/>
    <w:rsid w:val="00F514AB"/>
    <w:rsid w:val="00F61DB6"/>
    <w:rsid w:val="00F734E8"/>
    <w:rsid w:val="00F7733B"/>
    <w:rsid w:val="00F81D2F"/>
    <w:rsid w:val="00F823CA"/>
    <w:rsid w:val="00F85145"/>
    <w:rsid w:val="00FA6D3D"/>
    <w:rsid w:val="00FB478D"/>
    <w:rsid w:val="00FC004A"/>
    <w:rsid w:val="00FC17EF"/>
    <w:rsid w:val="00FC3360"/>
    <w:rsid w:val="00FC693F"/>
    <w:rsid w:val="00FD6786"/>
    <w:rsid w:val="00FD76A9"/>
    <w:rsid w:val="00FF2CD5"/>
    <w:rsid w:val="00FF3D5A"/>
    <w:rsid w:val="00FF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747ABD"/>
  <w14:defaultImageDpi w14:val="300"/>
  <w15:docId w15:val="{307893A0-96AE-4206-B4BD-614AC7A9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070CAB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70C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117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7AE"/>
    <w:rPr>
      <w:color w:val="605E5C"/>
      <w:shd w:val="clear" w:color="auto" w:fill="E1DFDD"/>
    </w:rPr>
  </w:style>
  <w:style w:type="character" w:customStyle="1" w:styleId="gmail-citation-83">
    <w:name w:val="gmail-citation-83"/>
    <w:basedOn w:val="DefaultParagraphFont"/>
    <w:rsid w:val="00235DF3"/>
  </w:style>
  <w:style w:type="character" w:customStyle="1" w:styleId="gmail-citation-82">
    <w:name w:val="gmail-citation-82"/>
    <w:basedOn w:val="DefaultParagraphFont"/>
    <w:rsid w:val="00235DF3"/>
  </w:style>
  <w:style w:type="character" w:customStyle="1" w:styleId="gmail-citation-81">
    <w:name w:val="gmail-citation-81"/>
    <w:basedOn w:val="DefaultParagraphFont"/>
    <w:rsid w:val="00235DF3"/>
  </w:style>
  <w:style w:type="character" w:customStyle="1" w:styleId="gmail-citation-80">
    <w:name w:val="gmail-citation-80"/>
    <w:basedOn w:val="DefaultParagraphFont"/>
    <w:rsid w:val="00235DF3"/>
  </w:style>
  <w:style w:type="character" w:styleId="CommentReference">
    <w:name w:val="annotation reference"/>
    <w:basedOn w:val="DefaultParagraphFont"/>
    <w:uiPriority w:val="99"/>
    <w:semiHidden/>
    <w:unhideWhenUsed/>
    <w:rsid w:val="00FD67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67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67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7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78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548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0446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nl.ca/forms/la/mtap-in-province-flight-voucher/" TargetMode="External"/><Relationship Id="rId13" Type="http://schemas.openxmlformats.org/officeDocument/2006/relationships/image" Target="media/image3.png"/><Relationship Id="rId18" Type="http://schemas.openxmlformats.org/officeDocument/2006/relationships/hyperlink" Target="mailto:FlightPassMTAP@gov.nl.ca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mailto:FlightPassMTAP@gov.nl.ca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TS@gov.nl.c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mailto:FlightPassMTAP@gov.nl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lhealthservices.ca/about/health-zones/" TargetMode="External"/><Relationship Id="rId14" Type="http://schemas.openxmlformats.org/officeDocument/2006/relationships/image" Target="media/image4.png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713</Words>
  <Characters>3869</Characters>
  <Application>Microsoft Office Word</Application>
  <DocSecurity>4</DocSecurity>
  <Lines>112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Snow, Sheree</cp:lastModifiedBy>
  <cp:revision>2</cp:revision>
  <dcterms:created xsi:type="dcterms:W3CDTF">2026-09-01T18:15:00Z</dcterms:created>
  <dcterms:modified xsi:type="dcterms:W3CDTF">2026-09-01T18:15:00Z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55474561-dd8f-4bf8-ad38-ee95d15cadcd</vt:lpwstr>
  </property>
</Properties>
</file>