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BA689" w14:textId="77777777" w:rsidR="0010459A" w:rsidRDefault="0010459A" w:rsidP="0010459A">
      <w:pPr>
        <w:pStyle w:val="Heading2"/>
        <w:rPr>
          <w:rFonts w:ascii="Lato" w:hAnsi="Lato"/>
          <w:color w:val="auto"/>
          <w:sz w:val="24"/>
          <w:szCs w:val="24"/>
        </w:rPr>
      </w:pPr>
      <w:r w:rsidRPr="00E35CD0">
        <w:rPr>
          <w:rFonts w:ascii="Lato" w:hAnsi="Lato"/>
          <w:color w:val="auto"/>
          <w:sz w:val="24"/>
          <w:szCs w:val="24"/>
        </w:rPr>
        <w:t xml:space="preserve">Before completing your </w:t>
      </w:r>
      <w:r>
        <w:rPr>
          <w:rFonts w:ascii="Lato" w:hAnsi="Lato"/>
          <w:color w:val="auto"/>
          <w:sz w:val="24"/>
          <w:szCs w:val="24"/>
        </w:rPr>
        <w:t xml:space="preserve">MTAP </w:t>
      </w:r>
      <w:r w:rsidRPr="00EB54DF">
        <w:rPr>
          <w:rFonts w:ascii="Lato" w:hAnsi="Lato"/>
          <w:color w:val="auto"/>
          <w:sz w:val="24"/>
          <w:szCs w:val="24"/>
        </w:rPr>
        <w:t>Out-of-Province Medical Transportation Claim - Flights and Other Travel Costs</w:t>
      </w:r>
      <w:r w:rsidRPr="00E35CD0">
        <w:rPr>
          <w:rFonts w:ascii="Lato" w:hAnsi="Lato"/>
          <w:color w:val="auto"/>
          <w:sz w:val="24"/>
          <w:szCs w:val="24"/>
        </w:rPr>
        <w:t xml:space="preserve">, please read this User Guide in full. Ensure that all information provided is accurate and complete. Incomplete or incorrect information may </w:t>
      </w:r>
      <w:r>
        <w:rPr>
          <w:rFonts w:ascii="Lato" w:hAnsi="Lato"/>
          <w:color w:val="auto"/>
          <w:sz w:val="24"/>
          <w:szCs w:val="24"/>
        </w:rPr>
        <w:t>delay</w:t>
      </w:r>
      <w:r w:rsidRPr="00E35CD0">
        <w:rPr>
          <w:rFonts w:ascii="Lato" w:hAnsi="Lato"/>
          <w:color w:val="auto"/>
          <w:sz w:val="24"/>
          <w:szCs w:val="24"/>
        </w:rPr>
        <w:t xml:space="preserve"> the processing of your </w:t>
      </w:r>
      <w:r>
        <w:rPr>
          <w:rFonts w:ascii="Lato" w:hAnsi="Lato"/>
          <w:color w:val="auto"/>
          <w:sz w:val="24"/>
          <w:szCs w:val="24"/>
        </w:rPr>
        <w:t>claim</w:t>
      </w:r>
      <w:r w:rsidRPr="00E35CD0">
        <w:rPr>
          <w:rFonts w:ascii="Lato" w:hAnsi="Lato"/>
          <w:color w:val="auto"/>
          <w:sz w:val="24"/>
          <w:szCs w:val="24"/>
        </w:rPr>
        <w:t>.</w:t>
      </w:r>
    </w:p>
    <w:p w14:paraId="0556AD76" w14:textId="77777777" w:rsidR="0010459A" w:rsidRPr="0010459A" w:rsidRDefault="0010459A" w:rsidP="0010459A"/>
    <w:p w14:paraId="2843E93B" w14:textId="54B38087" w:rsidR="00201907" w:rsidRDefault="006D0944"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Introduction</w:t>
      </w:r>
    </w:p>
    <w:p w14:paraId="1D6B3C89" w14:textId="77777777" w:rsidR="00201907" w:rsidRDefault="00201907" w:rsidP="00201907">
      <w:pPr>
        <w:spacing w:after="0" w:line="240" w:lineRule="auto"/>
        <w:rPr>
          <w:rFonts w:ascii="Lato" w:hAnsi="Lato"/>
          <w:sz w:val="24"/>
          <w:szCs w:val="24"/>
        </w:rPr>
      </w:pPr>
    </w:p>
    <w:p w14:paraId="11D6A597" w14:textId="2A95E3E8" w:rsidR="00B27610" w:rsidRDefault="00221443" w:rsidP="00201907">
      <w:pPr>
        <w:spacing w:after="0" w:line="240" w:lineRule="auto"/>
        <w:rPr>
          <w:rFonts w:ascii="Lato" w:hAnsi="Lato"/>
          <w:sz w:val="24"/>
          <w:szCs w:val="24"/>
        </w:rPr>
      </w:pPr>
      <w:r w:rsidRPr="00E35CD0">
        <w:rPr>
          <w:rFonts w:ascii="Lato" w:hAnsi="Lato"/>
          <w:sz w:val="24"/>
          <w:szCs w:val="24"/>
        </w:rPr>
        <w:t>This guide shows you how to</w:t>
      </w:r>
      <w:r w:rsidR="00FC004A" w:rsidRPr="00E35CD0">
        <w:rPr>
          <w:rFonts w:ascii="Lato" w:hAnsi="Lato"/>
          <w:sz w:val="24"/>
          <w:szCs w:val="24"/>
        </w:rPr>
        <w:t xml:space="preserve"> complete t</w:t>
      </w:r>
      <w:r w:rsidRPr="00E35CD0">
        <w:rPr>
          <w:rFonts w:ascii="Lato" w:hAnsi="Lato"/>
          <w:sz w:val="24"/>
          <w:szCs w:val="24"/>
        </w:rPr>
        <w:t>he</w:t>
      </w:r>
      <w:r w:rsidR="00D35A7B">
        <w:rPr>
          <w:rFonts w:ascii="Lato" w:hAnsi="Lato"/>
          <w:sz w:val="24"/>
          <w:szCs w:val="24"/>
        </w:rPr>
        <w:t xml:space="preserve"> fillable PDF</w:t>
      </w:r>
      <w:r w:rsidRPr="00E35CD0">
        <w:rPr>
          <w:rFonts w:ascii="Lato" w:hAnsi="Lato"/>
          <w:sz w:val="24"/>
          <w:szCs w:val="24"/>
        </w:rPr>
        <w:t xml:space="preserve"> </w:t>
      </w:r>
      <w:hyperlink r:id="rId8" w:history="1">
        <w:r w:rsidR="0010459A">
          <w:rPr>
            <w:rStyle w:val="Hyperlink"/>
            <w:rFonts w:ascii="Lato" w:hAnsi="Lato"/>
            <w:sz w:val="24"/>
            <w:szCs w:val="24"/>
          </w:rPr>
          <w:t>MTAP Out-of-Province Medical Transportation Claim - Flights and Other Travel Costs</w:t>
        </w:r>
      </w:hyperlink>
      <w:r w:rsidRPr="00E35CD0">
        <w:rPr>
          <w:rFonts w:ascii="Lato" w:hAnsi="Lato"/>
          <w:sz w:val="24"/>
          <w:szCs w:val="24"/>
        </w:rPr>
        <w:t xml:space="preserve">. </w:t>
      </w:r>
      <w:r w:rsidR="00093F06" w:rsidRPr="00E35CD0">
        <w:rPr>
          <w:rFonts w:ascii="Lato" w:hAnsi="Lato"/>
          <w:sz w:val="24"/>
          <w:szCs w:val="24"/>
        </w:rPr>
        <w:t>This</w:t>
      </w:r>
      <w:r w:rsidR="00B27610">
        <w:rPr>
          <w:rFonts w:ascii="Lato" w:hAnsi="Lato"/>
          <w:sz w:val="24"/>
          <w:szCs w:val="24"/>
        </w:rPr>
        <w:t xml:space="preserve"> process should be used when you are claiming </w:t>
      </w:r>
      <w:r w:rsidR="00B27610" w:rsidRPr="00B27610">
        <w:rPr>
          <w:rFonts w:ascii="Lato" w:hAnsi="Lato"/>
          <w:sz w:val="24"/>
          <w:szCs w:val="24"/>
        </w:rPr>
        <w:t xml:space="preserve">eligible airfare, accommodation, and other travel expenses for one </w:t>
      </w:r>
      <w:r w:rsidR="00DE053E">
        <w:rPr>
          <w:rFonts w:ascii="Lato" w:hAnsi="Lato"/>
          <w:sz w:val="24"/>
          <w:szCs w:val="24"/>
        </w:rPr>
        <w:t>out</w:t>
      </w:r>
      <w:r w:rsidR="00B27610" w:rsidRPr="00B27610">
        <w:rPr>
          <w:rFonts w:ascii="Lato" w:hAnsi="Lato"/>
          <w:sz w:val="24"/>
          <w:szCs w:val="24"/>
        </w:rPr>
        <w:t>-</w:t>
      </w:r>
      <w:r w:rsidR="00DE053E">
        <w:rPr>
          <w:rFonts w:ascii="Lato" w:hAnsi="Lato"/>
          <w:sz w:val="24"/>
          <w:szCs w:val="24"/>
        </w:rPr>
        <w:t>of-</w:t>
      </w:r>
      <w:r w:rsidR="00B27610" w:rsidRPr="00B27610">
        <w:rPr>
          <w:rFonts w:ascii="Lato" w:hAnsi="Lato"/>
          <w:sz w:val="24"/>
          <w:szCs w:val="24"/>
        </w:rPr>
        <w:t>province trip.</w:t>
      </w:r>
      <w:r w:rsidR="00093F06" w:rsidRPr="00E35CD0">
        <w:rPr>
          <w:rFonts w:ascii="Lato" w:hAnsi="Lato"/>
          <w:sz w:val="24"/>
          <w:szCs w:val="24"/>
        </w:rPr>
        <w:t xml:space="preserve"> </w:t>
      </w:r>
    </w:p>
    <w:p w14:paraId="49F8BDAB" w14:textId="77777777" w:rsidR="00B27610" w:rsidRDefault="00B27610" w:rsidP="00201907">
      <w:pPr>
        <w:spacing w:after="0" w:line="240" w:lineRule="auto"/>
        <w:rPr>
          <w:rFonts w:ascii="Lato" w:hAnsi="Lato"/>
          <w:sz w:val="24"/>
          <w:szCs w:val="24"/>
        </w:rPr>
      </w:pPr>
    </w:p>
    <w:p w14:paraId="487DAE09" w14:textId="7AADBB90" w:rsidR="00B27610" w:rsidRDefault="00B27610" w:rsidP="00201907">
      <w:pPr>
        <w:spacing w:after="0" w:line="240" w:lineRule="auto"/>
        <w:rPr>
          <w:rFonts w:ascii="Lato" w:hAnsi="Lato"/>
          <w:sz w:val="24"/>
          <w:szCs w:val="24"/>
        </w:rPr>
      </w:pPr>
      <w:r w:rsidRPr="00B27610">
        <w:rPr>
          <w:rFonts w:ascii="Lato" w:hAnsi="Lato"/>
          <w:sz w:val="24"/>
          <w:szCs w:val="24"/>
        </w:rPr>
        <w:t xml:space="preserve">If you are claiming </w:t>
      </w:r>
      <w:r w:rsidR="00DE053E">
        <w:rPr>
          <w:rFonts w:ascii="Lato" w:hAnsi="Lato"/>
          <w:sz w:val="24"/>
          <w:szCs w:val="24"/>
        </w:rPr>
        <w:t>for in-province travel</w:t>
      </w:r>
      <w:r w:rsidRPr="00B27610">
        <w:rPr>
          <w:rFonts w:ascii="Lato" w:hAnsi="Lato"/>
          <w:sz w:val="24"/>
          <w:szCs w:val="24"/>
        </w:rPr>
        <w:t>, please use the "</w:t>
      </w:r>
      <w:hyperlink r:id="rId9" w:history="1">
        <w:r w:rsidR="0010459A" w:rsidRPr="00B92BA3">
          <w:rPr>
            <w:rStyle w:val="Hyperlink"/>
            <w:rFonts w:ascii="Lato" w:hAnsi="Lato"/>
            <w:sz w:val="24"/>
            <w:szCs w:val="24"/>
          </w:rPr>
          <w:t>MTAP In-Province Medical Transportation Claim - Flights and Other Travel Costs”</w:t>
        </w:r>
        <w:r w:rsidRPr="00B92BA3">
          <w:rPr>
            <w:rStyle w:val="Hyperlink"/>
            <w:rFonts w:ascii="Lato" w:hAnsi="Lato"/>
            <w:sz w:val="24"/>
            <w:szCs w:val="24"/>
          </w:rPr>
          <w:t>.</w:t>
        </w:r>
      </w:hyperlink>
    </w:p>
    <w:p w14:paraId="64D3817A" w14:textId="77777777" w:rsidR="00B27610" w:rsidRDefault="00B27610" w:rsidP="00201907">
      <w:pPr>
        <w:spacing w:after="0" w:line="240" w:lineRule="auto"/>
        <w:rPr>
          <w:rFonts w:ascii="Lato" w:hAnsi="Lato"/>
          <w:sz w:val="24"/>
          <w:szCs w:val="24"/>
        </w:rPr>
      </w:pPr>
    </w:p>
    <w:p w14:paraId="5114A646" w14:textId="76404E88" w:rsidR="00221443" w:rsidRDefault="00E35CD0" w:rsidP="00201907">
      <w:pPr>
        <w:spacing w:after="0" w:line="240" w:lineRule="auto"/>
        <w:rPr>
          <w:rFonts w:ascii="Lato" w:hAnsi="Lato"/>
          <w:sz w:val="24"/>
          <w:szCs w:val="24"/>
        </w:rPr>
      </w:pPr>
      <w:r>
        <w:rPr>
          <w:rFonts w:ascii="Lato" w:hAnsi="Lato"/>
          <w:sz w:val="24"/>
          <w:szCs w:val="24"/>
        </w:rPr>
        <w:t>You will be asked to provide</w:t>
      </w:r>
      <w:r w:rsidR="00221443" w:rsidRPr="00E35CD0">
        <w:rPr>
          <w:rFonts w:ascii="Lato" w:hAnsi="Lato"/>
          <w:sz w:val="24"/>
          <w:szCs w:val="24"/>
        </w:rPr>
        <w:t xml:space="preserve"> contact details, </w:t>
      </w:r>
      <w:r w:rsidR="0042495E">
        <w:rPr>
          <w:rFonts w:ascii="Lato" w:hAnsi="Lato"/>
          <w:sz w:val="24"/>
          <w:szCs w:val="24"/>
        </w:rPr>
        <w:t xml:space="preserve">patient and escort details, </w:t>
      </w:r>
      <w:r w:rsidR="00221443" w:rsidRPr="00E35CD0">
        <w:rPr>
          <w:rFonts w:ascii="Lato" w:hAnsi="Lato"/>
          <w:sz w:val="24"/>
          <w:szCs w:val="24"/>
        </w:rPr>
        <w:t xml:space="preserve">appointment </w:t>
      </w:r>
      <w:r>
        <w:rPr>
          <w:rFonts w:ascii="Lato" w:hAnsi="Lato"/>
          <w:sz w:val="24"/>
          <w:szCs w:val="24"/>
        </w:rPr>
        <w:t>details</w:t>
      </w:r>
      <w:r w:rsidR="00270902">
        <w:rPr>
          <w:rFonts w:ascii="Lato" w:hAnsi="Lato"/>
          <w:sz w:val="24"/>
          <w:szCs w:val="24"/>
        </w:rPr>
        <w:t>,</w:t>
      </w:r>
      <w:r>
        <w:rPr>
          <w:rFonts w:ascii="Lato" w:hAnsi="Lato"/>
          <w:sz w:val="24"/>
          <w:szCs w:val="24"/>
        </w:rPr>
        <w:t xml:space="preserve"> and other important information. </w:t>
      </w:r>
    </w:p>
    <w:p w14:paraId="5A1075E5" w14:textId="77777777" w:rsidR="003B0962" w:rsidRPr="00E35CD0" w:rsidRDefault="003B0962" w:rsidP="00201907">
      <w:pPr>
        <w:spacing w:after="0" w:line="240" w:lineRule="auto"/>
        <w:rPr>
          <w:rFonts w:ascii="Lato" w:hAnsi="Lato"/>
          <w:sz w:val="24"/>
          <w:szCs w:val="24"/>
        </w:rPr>
      </w:pPr>
    </w:p>
    <w:p w14:paraId="538B17A2" w14:textId="7881AA94" w:rsidR="00C77B69" w:rsidRDefault="00C77B69" w:rsidP="00C77B69">
      <w:pPr>
        <w:spacing w:after="0" w:line="240" w:lineRule="auto"/>
        <w:jc w:val="center"/>
        <w:rPr>
          <w:rFonts w:ascii="Lato" w:hAnsi="Lato"/>
          <w:iCs/>
          <w:sz w:val="24"/>
          <w:szCs w:val="24"/>
        </w:rPr>
      </w:pPr>
      <w:r w:rsidRPr="00E35CD0">
        <w:rPr>
          <w:rFonts w:ascii="Lato" w:hAnsi="Lato"/>
          <w:iCs/>
          <w:sz w:val="24"/>
          <w:szCs w:val="24"/>
        </w:rPr>
        <w:t xml:space="preserve">Tip: Have </w:t>
      </w:r>
      <w:r w:rsidR="00FD530C">
        <w:rPr>
          <w:rFonts w:ascii="Lato" w:hAnsi="Lato"/>
          <w:iCs/>
          <w:sz w:val="24"/>
          <w:szCs w:val="24"/>
        </w:rPr>
        <w:t>the</w:t>
      </w:r>
      <w:r w:rsidRPr="00E35CD0">
        <w:rPr>
          <w:rFonts w:ascii="Lato" w:hAnsi="Lato"/>
          <w:iCs/>
          <w:sz w:val="24"/>
          <w:szCs w:val="24"/>
        </w:rPr>
        <w:t xml:space="preserve"> appointment information</w:t>
      </w:r>
      <w:r>
        <w:rPr>
          <w:rFonts w:ascii="Lato" w:hAnsi="Lato"/>
          <w:iCs/>
          <w:sz w:val="24"/>
          <w:szCs w:val="24"/>
        </w:rPr>
        <w:t>, receipts,</w:t>
      </w:r>
      <w:r w:rsidRPr="00E35CD0">
        <w:rPr>
          <w:rFonts w:ascii="Lato" w:hAnsi="Lato"/>
          <w:iCs/>
          <w:sz w:val="24"/>
          <w:szCs w:val="24"/>
        </w:rPr>
        <w:t xml:space="preserve"> </w:t>
      </w:r>
      <w:r>
        <w:rPr>
          <w:rFonts w:ascii="Lato" w:hAnsi="Lato"/>
          <w:iCs/>
          <w:sz w:val="24"/>
          <w:szCs w:val="24"/>
        </w:rPr>
        <w:t xml:space="preserve">specialist referral, and private </w:t>
      </w:r>
      <w:r w:rsidRPr="00C82E49">
        <w:rPr>
          <w:rFonts w:ascii="Lato" w:hAnsi="Lato"/>
          <w:sz w:val="24"/>
          <w:szCs w:val="24"/>
        </w:rPr>
        <w:t xml:space="preserve">insurance </w:t>
      </w:r>
      <w:r>
        <w:rPr>
          <w:rFonts w:ascii="Lato" w:hAnsi="Lato"/>
          <w:sz w:val="24"/>
          <w:szCs w:val="24"/>
        </w:rPr>
        <w:t xml:space="preserve">provider’s </w:t>
      </w:r>
      <w:r w:rsidRPr="00C82E49">
        <w:rPr>
          <w:rFonts w:ascii="Lato" w:hAnsi="Lato"/>
          <w:sz w:val="24"/>
          <w:szCs w:val="24"/>
        </w:rPr>
        <w:t>explanation of benefits</w:t>
      </w:r>
      <w:r w:rsidRPr="00CF6FF5">
        <w:rPr>
          <w:rFonts w:ascii="Lato" w:hAnsi="Lato"/>
          <w:sz w:val="24"/>
          <w:szCs w:val="24"/>
        </w:rPr>
        <w:t xml:space="preserve">, if applicable, </w:t>
      </w:r>
      <w:r w:rsidRPr="00E35CD0">
        <w:rPr>
          <w:rFonts w:ascii="Lato" w:hAnsi="Lato"/>
          <w:iCs/>
          <w:sz w:val="24"/>
          <w:szCs w:val="24"/>
        </w:rPr>
        <w:t>ready before you begin.</w:t>
      </w:r>
    </w:p>
    <w:p w14:paraId="49101CB1" w14:textId="77777777" w:rsidR="00201907" w:rsidRPr="00E35CD0" w:rsidRDefault="00201907" w:rsidP="00201907">
      <w:pPr>
        <w:spacing w:after="0" w:line="240" w:lineRule="auto"/>
        <w:ind w:left="400"/>
        <w:rPr>
          <w:rFonts w:ascii="Lato" w:hAnsi="Lato"/>
          <w:iCs/>
          <w:sz w:val="24"/>
          <w:szCs w:val="24"/>
        </w:rPr>
      </w:pPr>
    </w:p>
    <w:p w14:paraId="0E7E0FA7" w14:textId="41298E70" w:rsidR="00A66ABA" w:rsidRPr="00FC004A" w:rsidRDefault="00A66ABA" w:rsidP="00201907">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What </w:t>
      </w:r>
      <w:r w:rsidR="00FC004A">
        <w:rPr>
          <w:rFonts w:ascii="Lato" w:hAnsi="Lato"/>
          <w:color w:val="253746"/>
        </w:rPr>
        <w:t>Y</w:t>
      </w:r>
      <w:r w:rsidRPr="00FC004A">
        <w:rPr>
          <w:rFonts w:ascii="Lato" w:hAnsi="Lato"/>
          <w:color w:val="253746"/>
        </w:rPr>
        <w:t xml:space="preserve">ou </w:t>
      </w:r>
      <w:r w:rsidR="00FC004A">
        <w:rPr>
          <w:rFonts w:ascii="Lato" w:hAnsi="Lato"/>
          <w:color w:val="253746"/>
        </w:rPr>
        <w:t>N</w:t>
      </w:r>
      <w:r w:rsidRPr="00FC004A">
        <w:rPr>
          <w:rFonts w:ascii="Lato" w:hAnsi="Lato"/>
          <w:color w:val="253746"/>
        </w:rPr>
        <w:t>eed</w:t>
      </w:r>
    </w:p>
    <w:p w14:paraId="138905C1" w14:textId="77777777" w:rsidR="0069345B" w:rsidRDefault="0069345B" w:rsidP="0069345B">
      <w:pPr>
        <w:pStyle w:val="ListParagraph"/>
        <w:numPr>
          <w:ilvl w:val="0"/>
          <w:numId w:val="13"/>
        </w:numPr>
        <w:rPr>
          <w:rFonts w:ascii="Lato" w:hAnsi="Lato"/>
          <w:sz w:val="24"/>
          <w:szCs w:val="24"/>
        </w:rPr>
      </w:pPr>
      <w:r w:rsidRPr="00C82E49">
        <w:rPr>
          <w:rFonts w:ascii="Lato" w:hAnsi="Lato"/>
          <w:sz w:val="24"/>
          <w:szCs w:val="24"/>
        </w:rPr>
        <w:t>Your personal information (MCP number</w:t>
      </w:r>
      <w:r>
        <w:rPr>
          <w:rFonts w:ascii="Lato" w:hAnsi="Lato"/>
          <w:sz w:val="24"/>
          <w:szCs w:val="24"/>
        </w:rPr>
        <w:t xml:space="preserve"> and expiry date</w:t>
      </w:r>
      <w:r w:rsidRPr="00C82E49">
        <w:rPr>
          <w:rFonts w:ascii="Lato" w:hAnsi="Lato"/>
          <w:sz w:val="24"/>
          <w:szCs w:val="24"/>
        </w:rPr>
        <w:t>, address, and contact information)</w:t>
      </w:r>
    </w:p>
    <w:p w14:paraId="64FF515F" w14:textId="77777777" w:rsidR="0069345B" w:rsidRDefault="0069345B" w:rsidP="0069345B">
      <w:pPr>
        <w:pStyle w:val="ListParagraph"/>
        <w:numPr>
          <w:ilvl w:val="0"/>
          <w:numId w:val="13"/>
        </w:numPr>
        <w:spacing w:after="0"/>
        <w:rPr>
          <w:rFonts w:ascii="Lato" w:hAnsi="Lato"/>
          <w:sz w:val="24"/>
          <w:szCs w:val="24"/>
        </w:rPr>
      </w:pPr>
      <w:r w:rsidRPr="00872D80">
        <w:rPr>
          <w:rFonts w:ascii="Lato" w:hAnsi="Lato"/>
          <w:sz w:val="24"/>
          <w:szCs w:val="24"/>
        </w:rPr>
        <w:t>The patient’s MCP number and expiry date</w:t>
      </w:r>
    </w:p>
    <w:p w14:paraId="31E19243" w14:textId="77777777" w:rsidR="0069345B" w:rsidRPr="00872D80" w:rsidRDefault="0069345B" w:rsidP="0069345B">
      <w:pPr>
        <w:pStyle w:val="ListParagraph"/>
        <w:numPr>
          <w:ilvl w:val="0"/>
          <w:numId w:val="13"/>
        </w:numPr>
        <w:spacing w:after="0"/>
        <w:rPr>
          <w:rFonts w:ascii="Lato" w:hAnsi="Lato"/>
          <w:sz w:val="24"/>
          <w:szCs w:val="24"/>
        </w:rPr>
      </w:pPr>
      <w:r w:rsidRPr="00872D80">
        <w:rPr>
          <w:rFonts w:ascii="Lato" w:hAnsi="Lato"/>
          <w:sz w:val="24"/>
          <w:szCs w:val="24"/>
        </w:rPr>
        <w:t xml:space="preserve">Escort information and medical note, if </w:t>
      </w:r>
      <w:r>
        <w:rPr>
          <w:rFonts w:ascii="Lato" w:hAnsi="Lato"/>
          <w:sz w:val="24"/>
          <w:szCs w:val="24"/>
        </w:rPr>
        <w:t>required</w:t>
      </w:r>
      <w:r w:rsidRPr="00872D80">
        <w:rPr>
          <w:rFonts w:ascii="Lato" w:hAnsi="Lato"/>
          <w:sz w:val="24"/>
          <w:szCs w:val="24"/>
        </w:rPr>
        <w:t xml:space="preserve"> (see Section 3) </w:t>
      </w:r>
    </w:p>
    <w:p w14:paraId="64045068" w14:textId="178EA90D" w:rsidR="00C82E49" w:rsidRPr="00DE053E" w:rsidRDefault="00DE053E" w:rsidP="00C77B69">
      <w:pPr>
        <w:pStyle w:val="ListParagraph"/>
        <w:numPr>
          <w:ilvl w:val="0"/>
          <w:numId w:val="13"/>
        </w:numPr>
        <w:rPr>
          <w:rFonts w:ascii="Lato" w:hAnsi="Lato"/>
          <w:sz w:val="24"/>
          <w:szCs w:val="24"/>
        </w:rPr>
      </w:pPr>
      <w:r w:rsidRPr="00DE053E">
        <w:rPr>
          <w:rFonts w:ascii="Lato" w:hAnsi="Lato"/>
          <w:sz w:val="24"/>
          <w:szCs w:val="24"/>
        </w:rPr>
        <w:t xml:space="preserve">NL </w:t>
      </w:r>
      <w:r w:rsidR="000D2C8E">
        <w:rPr>
          <w:rFonts w:ascii="Lato" w:hAnsi="Lato"/>
          <w:sz w:val="24"/>
          <w:szCs w:val="24"/>
        </w:rPr>
        <w:t xml:space="preserve">Physician </w:t>
      </w:r>
      <w:r w:rsidRPr="00DE053E">
        <w:rPr>
          <w:rFonts w:ascii="Lato" w:hAnsi="Lato"/>
          <w:sz w:val="24"/>
          <w:szCs w:val="24"/>
        </w:rPr>
        <w:t>Specialist Referral Letter</w:t>
      </w:r>
      <w:r>
        <w:rPr>
          <w:rFonts w:ascii="Lato" w:hAnsi="Lato"/>
          <w:sz w:val="24"/>
          <w:szCs w:val="24"/>
        </w:rPr>
        <w:t xml:space="preserve"> (see Section 4)</w:t>
      </w:r>
      <w:r w:rsidR="00C82E49" w:rsidRPr="00DE053E">
        <w:rPr>
          <w:rFonts w:ascii="Lato" w:hAnsi="Lato"/>
          <w:sz w:val="24"/>
          <w:szCs w:val="24"/>
        </w:rPr>
        <w:t xml:space="preserve"> </w:t>
      </w:r>
    </w:p>
    <w:p w14:paraId="46FEB9D4" w14:textId="719ED4A3" w:rsidR="00C82E49" w:rsidRPr="00F670C3" w:rsidRDefault="00F670C3" w:rsidP="00F670C3">
      <w:pPr>
        <w:pStyle w:val="ListParagraph"/>
        <w:numPr>
          <w:ilvl w:val="0"/>
          <w:numId w:val="13"/>
        </w:numPr>
        <w:rPr>
          <w:rFonts w:ascii="Lato" w:hAnsi="Lato"/>
          <w:sz w:val="24"/>
          <w:szCs w:val="24"/>
        </w:rPr>
      </w:pPr>
      <w:r>
        <w:rPr>
          <w:rFonts w:ascii="Lato" w:hAnsi="Lato"/>
          <w:sz w:val="24"/>
          <w:szCs w:val="24"/>
        </w:rPr>
        <w:t>T</w:t>
      </w:r>
      <w:r w:rsidR="00C82E49" w:rsidRPr="00C82E49">
        <w:rPr>
          <w:rFonts w:ascii="Lato" w:hAnsi="Lato"/>
          <w:sz w:val="24"/>
          <w:szCs w:val="24"/>
        </w:rPr>
        <w:t xml:space="preserve">ravel itinerary </w:t>
      </w:r>
      <w:r>
        <w:rPr>
          <w:rFonts w:ascii="Lato" w:hAnsi="Lato"/>
          <w:sz w:val="24"/>
          <w:szCs w:val="24"/>
        </w:rPr>
        <w:t>d</w:t>
      </w:r>
      <w:r w:rsidRPr="00C82E49">
        <w:rPr>
          <w:rFonts w:ascii="Lato" w:hAnsi="Lato"/>
          <w:sz w:val="24"/>
          <w:szCs w:val="24"/>
        </w:rPr>
        <w:t xml:space="preserve">ocumentation </w:t>
      </w:r>
      <w:r w:rsidR="00C82E49" w:rsidRPr="00C82E49">
        <w:rPr>
          <w:rFonts w:ascii="Lato" w:hAnsi="Lato"/>
          <w:sz w:val="24"/>
          <w:szCs w:val="24"/>
        </w:rPr>
        <w:t>(</w:t>
      </w:r>
      <w:r w:rsidRPr="00F670C3">
        <w:rPr>
          <w:rFonts w:ascii="Lato" w:hAnsi="Lato"/>
          <w:sz w:val="24"/>
          <w:szCs w:val="24"/>
        </w:rPr>
        <w:t>e.g., flight itineraries</w:t>
      </w:r>
      <w:r w:rsidR="00C82E49" w:rsidRPr="00F670C3">
        <w:rPr>
          <w:rFonts w:ascii="Lato" w:hAnsi="Lato"/>
          <w:sz w:val="24"/>
          <w:szCs w:val="24"/>
        </w:rPr>
        <w:t>)</w:t>
      </w:r>
    </w:p>
    <w:p w14:paraId="27FEDD87" w14:textId="77777777" w:rsidR="00C82E49" w:rsidRPr="00C82E49" w:rsidRDefault="00C82E49" w:rsidP="00C77B69">
      <w:pPr>
        <w:pStyle w:val="ListParagraph"/>
        <w:numPr>
          <w:ilvl w:val="0"/>
          <w:numId w:val="13"/>
        </w:numPr>
        <w:rPr>
          <w:rFonts w:ascii="Lato" w:hAnsi="Lato"/>
          <w:sz w:val="24"/>
          <w:szCs w:val="24"/>
        </w:rPr>
      </w:pPr>
      <w:r w:rsidRPr="00C82E49">
        <w:rPr>
          <w:rFonts w:ascii="Lato" w:hAnsi="Lato"/>
          <w:sz w:val="24"/>
          <w:szCs w:val="24"/>
        </w:rPr>
        <w:t>Confirmation of attendance for each appointment</w:t>
      </w:r>
    </w:p>
    <w:p w14:paraId="0577037F" w14:textId="0CCC6FB8" w:rsidR="00F670C3" w:rsidRPr="00F670C3" w:rsidRDefault="00F670C3" w:rsidP="00F670C3">
      <w:pPr>
        <w:pStyle w:val="ListParagraph"/>
        <w:numPr>
          <w:ilvl w:val="0"/>
          <w:numId w:val="13"/>
        </w:numPr>
        <w:rPr>
          <w:rFonts w:ascii="Lato" w:hAnsi="Lato"/>
          <w:sz w:val="24"/>
          <w:szCs w:val="24"/>
        </w:rPr>
      </w:pPr>
      <w:r>
        <w:rPr>
          <w:rFonts w:ascii="Lato" w:hAnsi="Lato"/>
          <w:sz w:val="24"/>
          <w:szCs w:val="24"/>
        </w:rPr>
        <w:t>Private i</w:t>
      </w:r>
      <w:r w:rsidRPr="00F670C3">
        <w:rPr>
          <w:rFonts w:ascii="Lato" w:hAnsi="Lato"/>
          <w:sz w:val="24"/>
          <w:szCs w:val="24"/>
        </w:rPr>
        <w:t xml:space="preserve">nsurance provider's explanation of benefits </w:t>
      </w:r>
      <w:r w:rsidR="000D2C8E">
        <w:rPr>
          <w:rFonts w:ascii="Lato" w:hAnsi="Lato"/>
          <w:sz w:val="24"/>
          <w:szCs w:val="24"/>
        </w:rPr>
        <w:t xml:space="preserve">(payout details) </w:t>
      </w:r>
      <w:r w:rsidRPr="00F670C3">
        <w:rPr>
          <w:rFonts w:ascii="Lato" w:hAnsi="Lato"/>
          <w:sz w:val="24"/>
          <w:szCs w:val="24"/>
        </w:rPr>
        <w:t>for travel, if applicable</w:t>
      </w:r>
    </w:p>
    <w:p w14:paraId="02ECEE9E" w14:textId="4C01E42D" w:rsidR="00E5410E" w:rsidRPr="00C82E49" w:rsidRDefault="000D2C8E" w:rsidP="00C77B69">
      <w:pPr>
        <w:pStyle w:val="ListParagraph"/>
        <w:numPr>
          <w:ilvl w:val="0"/>
          <w:numId w:val="13"/>
        </w:numPr>
        <w:spacing w:after="0"/>
        <w:rPr>
          <w:rFonts w:ascii="Lato" w:hAnsi="Lato"/>
          <w:sz w:val="24"/>
          <w:szCs w:val="24"/>
        </w:rPr>
      </w:pPr>
      <w:r>
        <w:rPr>
          <w:rFonts w:ascii="Lato" w:hAnsi="Lato"/>
          <w:sz w:val="24"/>
          <w:szCs w:val="24"/>
        </w:rPr>
        <w:t>E</w:t>
      </w:r>
      <w:r w:rsidR="00C82E49" w:rsidRPr="00C82E49">
        <w:rPr>
          <w:rFonts w:ascii="Lato" w:hAnsi="Lato"/>
          <w:sz w:val="24"/>
          <w:szCs w:val="24"/>
        </w:rPr>
        <w:t>xpense receipts</w:t>
      </w:r>
      <w:r w:rsidR="00F670C3">
        <w:rPr>
          <w:rFonts w:ascii="Lato" w:hAnsi="Lato"/>
          <w:sz w:val="24"/>
          <w:szCs w:val="24"/>
        </w:rPr>
        <w:t>,</w:t>
      </w:r>
      <w:r w:rsidR="00C82E49" w:rsidRPr="00C82E49">
        <w:rPr>
          <w:rFonts w:ascii="Lato" w:hAnsi="Lato"/>
          <w:sz w:val="24"/>
          <w:szCs w:val="24"/>
        </w:rPr>
        <w:t xml:space="preserve"> including proof of payment</w:t>
      </w:r>
      <w:r w:rsidR="00367374" w:rsidRPr="00C82E49">
        <w:rPr>
          <w:rFonts w:ascii="Lato" w:hAnsi="Lato"/>
          <w:sz w:val="24"/>
          <w:szCs w:val="24"/>
        </w:rPr>
        <w:t xml:space="preserve"> </w:t>
      </w:r>
    </w:p>
    <w:p w14:paraId="0FAC3CE2" w14:textId="77777777" w:rsidR="001D27FB" w:rsidRPr="009052D1" w:rsidRDefault="001D27FB" w:rsidP="009052D1">
      <w:pPr>
        <w:spacing w:after="0" w:line="240" w:lineRule="auto"/>
        <w:rPr>
          <w:rFonts w:ascii="Lato" w:hAnsi="Lato"/>
          <w:sz w:val="24"/>
          <w:szCs w:val="24"/>
        </w:rPr>
      </w:pPr>
    </w:p>
    <w:p w14:paraId="40B3F4D7" w14:textId="77777777" w:rsidR="00C77B69" w:rsidRDefault="00C77B69">
      <w:pPr>
        <w:rPr>
          <w:rFonts w:ascii="Lato" w:eastAsiaTheme="majorEastAsia" w:hAnsi="Lato" w:cstheme="majorBidi"/>
          <w:b/>
          <w:bCs/>
          <w:color w:val="253746"/>
          <w:sz w:val="28"/>
          <w:szCs w:val="28"/>
        </w:rPr>
      </w:pPr>
      <w:r>
        <w:rPr>
          <w:rFonts w:ascii="Lato" w:hAnsi="Lato"/>
          <w:color w:val="253746"/>
        </w:rPr>
        <w:br w:type="page"/>
      </w:r>
    </w:p>
    <w:p w14:paraId="1E1A55AB" w14:textId="77777777" w:rsidR="00657EA8" w:rsidRPr="00FC004A" w:rsidRDefault="00657EA8" w:rsidP="00657EA8">
      <w:pPr>
        <w:pStyle w:val="Heading1"/>
        <w:pBdr>
          <w:bottom w:val="single" w:sz="4" w:space="1" w:color="auto"/>
        </w:pBdr>
        <w:spacing w:before="0" w:line="240" w:lineRule="auto"/>
        <w:rPr>
          <w:rFonts w:ascii="Lato" w:hAnsi="Lato"/>
          <w:color w:val="253746"/>
        </w:rPr>
      </w:pPr>
      <w:r w:rsidRPr="00FC004A">
        <w:rPr>
          <w:rFonts w:ascii="Lato" w:hAnsi="Lato"/>
          <w:color w:val="253746"/>
        </w:rPr>
        <w:lastRenderedPageBreak/>
        <w:t xml:space="preserve">Section 1: </w:t>
      </w:r>
      <w:r>
        <w:rPr>
          <w:rFonts w:ascii="Lato" w:hAnsi="Lato"/>
          <w:color w:val="253746"/>
        </w:rPr>
        <w:t>Claimant</w:t>
      </w:r>
      <w:r w:rsidRPr="00FC004A">
        <w:rPr>
          <w:rFonts w:ascii="Lato" w:hAnsi="Lato"/>
          <w:color w:val="253746"/>
        </w:rPr>
        <w:t xml:space="preserve"> Information</w:t>
      </w:r>
    </w:p>
    <w:p w14:paraId="735552F1" w14:textId="77777777" w:rsidR="00657EA8" w:rsidRDefault="00657EA8" w:rsidP="00657EA8">
      <w:pPr>
        <w:spacing w:after="0" w:line="240" w:lineRule="auto"/>
        <w:rPr>
          <w:rFonts w:ascii="Lato" w:hAnsi="Lato"/>
          <w:sz w:val="24"/>
          <w:szCs w:val="24"/>
        </w:rPr>
      </w:pPr>
    </w:p>
    <w:p w14:paraId="2B5BCEE1" w14:textId="77777777" w:rsidR="00657EA8" w:rsidRDefault="00657EA8" w:rsidP="00657EA8">
      <w:pPr>
        <w:spacing w:after="0" w:line="240" w:lineRule="auto"/>
        <w:rPr>
          <w:rFonts w:ascii="Lato" w:hAnsi="Lato"/>
          <w:sz w:val="24"/>
          <w:szCs w:val="24"/>
        </w:rPr>
      </w:pPr>
      <w:r w:rsidRPr="003E4542">
        <w:rPr>
          <w:rFonts w:ascii="Lato" w:hAnsi="Lato"/>
          <w:sz w:val="24"/>
          <w:szCs w:val="24"/>
        </w:rPr>
        <w:t>The claimant is the person submitting the claim and receiving any reimbursement related to it. The claimant may be the patient or another member of the same household who incurred the eligible expenses and is acting on the patient's behalf, such as an approved escort.</w:t>
      </w:r>
      <w:r>
        <w:rPr>
          <w:rFonts w:ascii="Lato" w:hAnsi="Lato"/>
          <w:sz w:val="24"/>
          <w:szCs w:val="24"/>
        </w:rPr>
        <w:t xml:space="preserve"> </w:t>
      </w:r>
    </w:p>
    <w:p w14:paraId="7C1C53CB" w14:textId="77777777" w:rsidR="00657EA8" w:rsidRDefault="00657EA8" w:rsidP="00657EA8">
      <w:pPr>
        <w:spacing w:after="0" w:line="240" w:lineRule="auto"/>
        <w:rPr>
          <w:rFonts w:ascii="Lato" w:hAnsi="Lato"/>
          <w:sz w:val="24"/>
          <w:szCs w:val="24"/>
        </w:rPr>
      </w:pPr>
    </w:p>
    <w:p w14:paraId="65C78C94" w14:textId="77777777" w:rsidR="00657EA8" w:rsidRDefault="00657EA8" w:rsidP="00657EA8">
      <w:pPr>
        <w:spacing w:after="0" w:line="240" w:lineRule="auto"/>
        <w:rPr>
          <w:rFonts w:ascii="Lato" w:hAnsi="Lato"/>
          <w:sz w:val="24"/>
          <w:szCs w:val="24"/>
        </w:rPr>
      </w:pPr>
      <w:r w:rsidRPr="00C1558D">
        <w:rPr>
          <w:rFonts w:ascii="Lato" w:hAnsi="Lato"/>
          <w:sz w:val="24"/>
          <w:szCs w:val="24"/>
        </w:rPr>
        <w:t xml:space="preserve">This section </w:t>
      </w:r>
      <w:r>
        <w:rPr>
          <w:rFonts w:ascii="Lato" w:hAnsi="Lato"/>
          <w:sz w:val="24"/>
          <w:szCs w:val="24"/>
        </w:rPr>
        <w:t xml:space="preserve">(Picture 1) </w:t>
      </w:r>
      <w:r w:rsidRPr="00C1558D">
        <w:rPr>
          <w:rFonts w:ascii="Lato" w:hAnsi="Lato"/>
          <w:sz w:val="24"/>
          <w:szCs w:val="24"/>
        </w:rPr>
        <w:t xml:space="preserve">asks for </w:t>
      </w:r>
      <w:r>
        <w:rPr>
          <w:rFonts w:ascii="Lato" w:hAnsi="Lato"/>
          <w:sz w:val="24"/>
          <w:szCs w:val="24"/>
        </w:rPr>
        <w:t xml:space="preserve">basic </w:t>
      </w:r>
      <w:r w:rsidRPr="00C1558D">
        <w:rPr>
          <w:rFonts w:ascii="Lato" w:hAnsi="Lato"/>
          <w:sz w:val="24"/>
          <w:szCs w:val="24"/>
        </w:rPr>
        <w:t>personal information</w:t>
      </w:r>
      <w:r w:rsidRPr="00DA6774">
        <w:rPr>
          <w:rFonts w:ascii="Lato" w:hAnsi="Lato"/>
          <w:sz w:val="24"/>
          <w:szCs w:val="24"/>
        </w:rPr>
        <w:t>, including your name, contact information, MCP number, address</w:t>
      </w:r>
      <w:r>
        <w:rPr>
          <w:rFonts w:ascii="Lato" w:hAnsi="Lato"/>
          <w:sz w:val="24"/>
          <w:szCs w:val="24"/>
        </w:rPr>
        <w:t xml:space="preserve">, and email address (if you have one). </w:t>
      </w:r>
    </w:p>
    <w:p w14:paraId="3368F118" w14:textId="77777777" w:rsidR="00657EA8" w:rsidRDefault="00657EA8" w:rsidP="00657EA8">
      <w:pPr>
        <w:spacing w:after="0" w:line="240" w:lineRule="auto"/>
        <w:rPr>
          <w:rFonts w:ascii="Lato" w:hAnsi="Lato"/>
          <w:sz w:val="24"/>
          <w:szCs w:val="24"/>
        </w:rPr>
      </w:pPr>
    </w:p>
    <w:p w14:paraId="5BF5EBB3" w14:textId="77777777" w:rsidR="00657EA8" w:rsidRPr="00BA0062" w:rsidRDefault="00657EA8" w:rsidP="00657EA8">
      <w:pPr>
        <w:spacing w:after="0" w:line="240" w:lineRule="auto"/>
        <w:rPr>
          <w:rFonts w:ascii="Lato" w:hAnsi="Lato"/>
          <w:sz w:val="24"/>
          <w:szCs w:val="24"/>
        </w:rPr>
      </w:pPr>
      <w:r w:rsidRPr="00BA0062">
        <w:rPr>
          <w:rFonts w:ascii="Lato" w:hAnsi="Lato"/>
          <w:sz w:val="24"/>
          <w:szCs w:val="24"/>
        </w:rPr>
        <w:t>Refer to Section 2 of this guide for information about the patient(s).</w:t>
      </w:r>
    </w:p>
    <w:p w14:paraId="046024E5" w14:textId="77777777" w:rsidR="00657EA8" w:rsidRDefault="00657EA8" w:rsidP="00657EA8">
      <w:pPr>
        <w:spacing w:after="0" w:line="240" w:lineRule="auto"/>
        <w:rPr>
          <w:rFonts w:ascii="Lato" w:hAnsi="Lato"/>
          <w:sz w:val="24"/>
          <w:szCs w:val="24"/>
        </w:rPr>
      </w:pPr>
    </w:p>
    <w:p w14:paraId="77742A1F" w14:textId="77777777" w:rsidR="00657EA8" w:rsidRDefault="00657EA8" w:rsidP="00657EA8">
      <w:pPr>
        <w:spacing w:after="0" w:line="240" w:lineRule="auto"/>
        <w:rPr>
          <w:rFonts w:ascii="Lato" w:hAnsi="Lato"/>
          <w:sz w:val="24"/>
          <w:szCs w:val="24"/>
        </w:rPr>
      </w:pPr>
      <w:r>
        <w:rPr>
          <w:rFonts w:ascii="Lato" w:hAnsi="Lato"/>
          <w:sz w:val="24"/>
          <w:szCs w:val="24"/>
        </w:rPr>
        <w:t xml:space="preserve">Your </w:t>
      </w:r>
      <w:r w:rsidRPr="000470DF">
        <w:rPr>
          <w:rFonts w:ascii="Lato" w:hAnsi="Lato"/>
          <w:b/>
          <w:bCs/>
          <w:sz w:val="24"/>
          <w:szCs w:val="24"/>
          <w:u w:val="single"/>
        </w:rPr>
        <w:t>MCP</w:t>
      </w:r>
      <w:r>
        <w:rPr>
          <w:rFonts w:ascii="Lato" w:hAnsi="Lato"/>
          <w:sz w:val="24"/>
          <w:szCs w:val="24"/>
        </w:rPr>
        <w:t xml:space="preserve"> must be valid and not expired. The </w:t>
      </w:r>
      <w:r w:rsidRPr="004B19B0">
        <w:rPr>
          <w:rFonts w:ascii="Lato" w:hAnsi="Lato"/>
          <w:sz w:val="24"/>
          <w:szCs w:val="24"/>
        </w:rPr>
        <w:t xml:space="preserve">expiry date </w:t>
      </w:r>
      <w:r>
        <w:rPr>
          <w:rFonts w:ascii="Lato" w:hAnsi="Lato"/>
          <w:sz w:val="24"/>
          <w:szCs w:val="24"/>
        </w:rPr>
        <w:t>can be found on your card. If you recently renewed your</w:t>
      </w:r>
      <w:r w:rsidRPr="004B19B0">
        <w:rPr>
          <w:rFonts w:ascii="Lato" w:hAnsi="Lato"/>
          <w:sz w:val="24"/>
          <w:szCs w:val="24"/>
        </w:rPr>
        <w:t xml:space="preserve"> MCP but </w:t>
      </w:r>
      <w:r>
        <w:rPr>
          <w:rFonts w:ascii="Lato" w:hAnsi="Lato"/>
          <w:sz w:val="24"/>
          <w:szCs w:val="24"/>
        </w:rPr>
        <w:t xml:space="preserve">have not yet received a new card, </w:t>
      </w:r>
      <w:r w:rsidRPr="004B19B0">
        <w:rPr>
          <w:rFonts w:ascii="Lato" w:hAnsi="Lato"/>
          <w:sz w:val="24"/>
          <w:szCs w:val="24"/>
        </w:rPr>
        <w:t xml:space="preserve">you can </w:t>
      </w:r>
      <w:r>
        <w:rPr>
          <w:rFonts w:ascii="Lato" w:hAnsi="Lato"/>
          <w:sz w:val="24"/>
          <w:szCs w:val="24"/>
        </w:rPr>
        <w:t xml:space="preserve">attach </w:t>
      </w:r>
      <w:r w:rsidRPr="004B19B0">
        <w:rPr>
          <w:rFonts w:ascii="Lato" w:hAnsi="Lato"/>
          <w:sz w:val="24"/>
          <w:szCs w:val="24"/>
        </w:rPr>
        <w:t>the renewal confirmation as a document</w:t>
      </w:r>
      <w:r>
        <w:rPr>
          <w:rFonts w:ascii="Lato" w:hAnsi="Lato"/>
          <w:sz w:val="24"/>
          <w:szCs w:val="24"/>
        </w:rPr>
        <w:t xml:space="preserve"> with your claim. </w:t>
      </w:r>
    </w:p>
    <w:p w14:paraId="3E80EBA9" w14:textId="77777777" w:rsidR="00657EA8" w:rsidRDefault="00657EA8" w:rsidP="00657EA8">
      <w:pPr>
        <w:spacing w:after="0" w:line="240" w:lineRule="auto"/>
        <w:rPr>
          <w:rFonts w:ascii="Lato" w:hAnsi="Lato"/>
          <w:sz w:val="24"/>
          <w:szCs w:val="24"/>
        </w:rPr>
      </w:pPr>
    </w:p>
    <w:p w14:paraId="72DD8ABB" w14:textId="77777777" w:rsidR="00657EA8" w:rsidRDefault="00657EA8" w:rsidP="00657EA8">
      <w:pPr>
        <w:spacing w:after="0" w:line="240" w:lineRule="auto"/>
        <w:rPr>
          <w:rFonts w:ascii="Lato" w:hAnsi="Lato"/>
          <w:sz w:val="24"/>
          <w:szCs w:val="24"/>
        </w:rPr>
      </w:pPr>
      <w:r>
        <w:rPr>
          <w:rFonts w:ascii="Lato" w:hAnsi="Lato"/>
          <w:sz w:val="24"/>
          <w:szCs w:val="24"/>
        </w:rPr>
        <w:t xml:space="preserve">If your </w:t>
      </w:r>
      <w:r w:rsidRPr="000470DF">
        <w:rPr>
          <w:rFonts w:ascii="Lato" w:hAnsi="Lato"/>
          <w:b/>
          <w:bCs/>
          <w:sz w:val="24"/>
          <w:szCs w:val="24"/>
          <w:u w:val="single"/>
        </w:rPr>
        <w:t>Mailing Address</w:t>
      </w:r>
      <w:r w:rsidRPr="004B19B0">
        <w:rPr>
          <w:rFonts w:ascii="Lato" w:hAnsi="Lato"/>
          <w:sz w:val="24"/>
          <w:szCs w:val="24"/>
        </w:rPr>
        <w:t xml:space="preserve"> (e.g.</w:t>
      </w:r>
      <w:r>
        <w:rPr>
          <w:rFonts w:ascii="Lato" w:hAnsi="Lato"/>
          <w:sz w:val="24"/>
          <w:szCs w:val="24"/>
        </w:rPr>
        <w:t>,</w:t>
      </w:r>
      <w:r w:rsidRPr="004B19B0">
        <w:rPr>
          <w:rFonts w:ascii="Lato" w:hAnsi="Lato"/>
          <w:sz w:val="24"/>
          <w:szCs w:val="24"/>
        </w:rPr>
        <w:t xml:space="preserve"> PO Box) </w:t>
      </w:r>
      <w:r>
        <w:rPr>
          <w:rFonts w:ascii="Lato" w:hAnsi="Lato"/>
          <w:sz w:val="24"/>
          <w:szCs w:val="24"/>
        </w:rPr>
        <w:t xml:space="preserve">is different than your </w:t>
      </w:r>
      <w:r w:rsidRPr="000470DF">
        <w:rPr>
          <w:rFonts w:ascii="Lato" w:hAnsi="Lato"/>
          <w:b/>
          <w:bCs/>
          <w:sz w:val="24"/>
          <w:szCs w:val="24"/>
          <w:u w:val="single"/>
        </w:rPr>
        <w:t>Residential Address</w:t>
      </w:r>
      <w:r>
        <w:rPr>
          <w:rFonts w:ascii="Lato" w:hAnsi="Lato"/>
          <w:sz w:val="24"/>
          <w:szCs w:val="24"/>
        </w:rPr>
        <w:t xml:space="preserve"> (street name and number), </w:t>
      </w:r>
      <w:r w:rsidRPr="004B19B0">
        <w:rPr>
          <w:rFonts w:ascii="Lato" w:hAnsi="Lato"/>
          <w:sz w:val="24"/>
          <w:szCs w:val="24"/>
        </w:rPr>
        <w:t xml:space="preserve">enter the mailing address </w:t>
      </w:r>
      <w:r>
        <w:rPr>
          <w:rFonts w:ascii="Lato" w:hAnsi="Lato"/>
          <w:sz w:val="24"/>
          <w:szCs w:val="24"/>
        </w:rPr>
        <w:t xml:space="preserve">as well. </w:t>
      </w:r>
    </w:p>
    <w:p w14:paraId="38202E0E" w14:textId="77777777" w:rsidR="00657EA8" w:rsidRDefault="00657EA8" w:rsidP="00657EA8">
      <w:pPr>
        <w:spacing w:after="0" w:line="240" w:lineRule="auto"/>
        <w:rPr>
          <w:rFonts w:ascii="Lato" w:hAnsi="Lato"/>
          <w:sz w:val="24"/>
          <w:szCs w:val="24"/>
        </w:rPr>
      </w:pPr>
    </w:p>
    <w:p w14:paraId="4593AE52" w14:textId="77777777"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w:t>
      </w:r>
    </w:p>
    <w:p w14:paraId="4D935475" w14:textId="77777777" w:rsidR="00657EA8" w:rsidRDefault="00657EA8" w:rsidP="00657EA8">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281BF016" wp14:editId="52D63ED4">
            <wp:extent cx="5943600" cy="1709420"/>
            <wp:effectExtent l="57150" t="38100" r="57150" b="81280"/>
            <wp:docPr id="131697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976830" name=""/>
                    <pic:cNvPicPr/>
                  </pic:nvPicPr>
                  <pic:blipFill>
                    <a:blip r:embed="rId10"/>
                    <a:stretch>
                      <a:fillRect/>
                    </a:stretch>
                  </pic:blipFill>
                  <pic:spPr>
                    <a:xfrm>
                      <a:off x="0" y="0"/>
                      <a:ext cx="5943600" cy="170942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6FB0B73B" w14:textId="77777777" w:rsidR="00657EA8" w:rsidRDefault="00657EA8" w:rsidP="002B1020">
      <w:pPr>
        <w:pStyle w:val="Heading1"/>
        <w:pBdr>
          <w:bottom w:val="single" w:sz="4" w:space="1" w:color="auto"/>
        </w:pBdr>
        <w:spacing w:before="0" w:line="240" w:lineRule="auto"/>
        <w:rPr>
          <w:rFonts w:ascii="Lato" w:hAnsi="Lato"/>
          <w:color w:val="253746"/>
        </w:rPr>
      </w:pPr>
    </w:p>
    <w:p w14:paraId="3CF9EF38" w14:textId="77777777" w:rsidR="00657EA8" w:rsidRPr="00FC004A" w:rsidRDefault="00657EA8" w:rsidP="00657EA8">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Pr>
          <w:rFonts w:ascii="Lato" w:hAnsi="Lato"/>
          <w:color w:val="253746"/>
        </w:rPr>
        <w:t>2</w:t>
      </w:r>
      <w:r w:rsidRPr="00FC004A">
        <w:rPr>
          <w:rFonts w:ascii="Lato" w:hAnsi="Lato"/>
          <w:color w:val="253746"/>
        </w:rPr>
        <w:t xml:space="preserve">: </w:t>
      </w:r>
      <w:r>
        <w:rPr>
          <w:rFonts w:ascii="Lato" w:hAnsi="Lato"/>
          <w:color w:val="253746"/>
        </w:rPr>
        <w:t>Patient</w:t>
      </w:r>
      <w:r w:rsidRPr="00FC004A">
        <w:rPr>
          <w:rFonts w:ascii="Lato" w:hAnsi="Lato"/>
          <w:color w:val="253746"/>
        </w:rPr>
        <w:t xml:space="preserve"> Information</w:t>
      </w:r>
    </w:p>
    <w:p w14:paraId="5B5B1707" w14:textId="77777777" w:rsidR="00657EA8" w:rsidRDefault="00657EA8" w:rsidP="00657EA8">
      <w:pPr>
        <w:spacing w:after="0" w:line="240" w:lineRule="auto"/>
        <w:rPr>
          <w:rFonts w:ascii="Lato" w:hAnsi="Lato"/>
          <w:sz w:val="24"/>
          <w:szCs w:val="24"/>
        </w:rPr>
      </w:pPr>
    </w:p>
    <w:p w14:paraId="508F3FA8" w14:textId="77777777" w:rsidR="00657EA8" w:rsidRPr="002E1C8B" w:rsidRDefault="00657EA8" w:rsidP="00657EA8">
      <w:pPr>
        <w:spacing w:after="0" w:line="240" w:lineRule="auto"/>
        <w:rPr>
          <w:rFonts w:ascii="Lato" w:hAnsi="Lato"/>
          <w:sz w:val="24"/>
          <w:szCs w:val="24"/>
        </w:rPr>
      </w:pPr>
      <w:r w:rsidRPr="002E1C8B">
        <w:rPr>
          <w:rFonts w:ascii="Lato" w:hAnsi="Lato"/>
          <w:sz w:val="24"/>
          <w:szCs w:val="24"/>
        </w:rPr>
        <w:t xml:space="preserve">This section (Picture </w:t>
      </w:r>
      <w:r>
        <w:rPr>
          <w:rFonts w:ascii="Lato" w:hAnsi="Lato"/>
          <w:sz w:val="24"/>
          <w:szCs w:val="24"/>
        </w:rPr>
        <w:t>2</w:t>
      </w:r>
      <w:r w:rsidRPr="002E1C8B">
        <w:rPr>
          <w:rFonts w:ascii="Lato" w:hAnsi="Lato"/>
          <w:sz w:val="24"/>
          <w:szCs w:val="24"/>
        </w:rPr>
        <w:t>) asks for information about the patient or patients associated with the claim.</w:t>
      </w:r>
    </w:p>
    <w:p w14:paraId="228A0140" w14:textId="77777777" w:rsidR="00657EA8" w:rsidRDefault="00657EA8" w:rsidP="00657EA8">
      <w:pPr>
        <w:spacing w:after="0" w:line="240" w:lineRule="auto"/>
        <w:rPr>
          <w:rFonts w:ascii="Lato" w:hAnsi="Lato"/>
          <w:sz w:val="24"/>
          <w:szCs w:val="24"/>
        </w:rPr>
      </w:pPr>
    </w:p>
    <w:p w14:paraId="37D1E3E7" w14:textId="77777777" w:rsidR="0010459A" w:rsidRPr="00034368" w:rsidRDefault="0010459A" w:rsidP="0010459A">
      <w:pPr>
        <w:spacing w:after="0" w:line="240" w:lineRule="auto"/>
        <w:rPr>
          <w:rFonts w:ascii="Lato" w:hAnsi="Lato"/>
          <w:sz w:val="24"/>
          <w:szCs w:val="24"/>
        </w:rPr>
      </w:pPr>
      <w:r w:rsidRPr="002E1C8B">
        <w:rPr>
          <w:rFonts w:ascii="Lato" w:hAnsi="Lato"/>
          <w:sz w:val="24"/>
          <w:szCs w:val="24"/>
        </w:rPr>
        <w:t xml:space="preserve">If you are also the patient who received the medical services and incurred the travel expenses, select </w:t>
      </w:r>
      <w:r w:rsidRPr="00F1547E">
        <w:rPr>
          <w:rFonts w:ascii="Lato" w:hAnsi="Lato"/>
          <w:sz w:val="24"/>
          <w:szCs w:val="24"/>
        </w:rPr>
        <w:t>Yes</w:t>
      </w:r>
      <w:r w:rsidRPr="002E1C8B">
        <w:rPr>
          <w:rFonts w:ascii="Lato" w:hAnsi="Lato"/>
          <w:sz w:val="24"/>
          <w:szCs w:val="24"/>
        </w:rPr>
        <w:t xml:space="preserve">. You do not need to enter the same information again under </w:t>
      </w:r>
      <w:r w:rsidRPr="00F1547E">
        <w:rPr>
          <w:rFonts w:ascii="Lato" w:hAnsi="Lato"/>
          <w:sz w:val="24"/>
          <w:szCs w:val="24"/>
        </w:rPr>
        <w:t>Patient Details</w:t>
      </w:r>
      <w:r w:rsidRPr="002E1C8B">
        <w:rPr>
          <w:rFonts w:ascii="Lato" w:hAnsi="Lato"/>
          <w:sz w:val="24"/>
          <w:szCs w:val="24"/>
        </w:rPr>
        <w:t>.</w:t>
      </w:r>
      <w:r>
        <w:rPr>
          <w:rFonts w:ascii="Lato" w:hAnsi="Lato"/>
          <w:sz w:val="24"/>
          <w:szCs w:val="24"/>
        </w:rPr>
        <w:t xml:space="preserve"> </w:t>
      </w:r>
      <w:r w:rsidRPr="00034368">
        <w:rPr>
          <w:rFonts w:ascii="Lato" w:hAnsi="Lato"/>
          <w:sz w:val="24"/>
          <w:szCs w:val="24"/>
        </w:rPr>
        <w:t>If you are using compatible PDF software, selecting Yes will automatically copy the claimant's information into the first line of the Patient Information section.</w:t>
      </w:r>
    </w:p>
    <w:p w14:paraId="0A20D80F" w14:textId="77777777" w:rsidR="0010459A" w:rsidRDefault="0010459A" w:rsidP="0010459A">
      <w:pPr>
        <w:spacing w:after="0" w:line="240" w:lineRule="auto"/>
        <w:rPr>
          <w:rFonts w:ascii="Lato" w:hAnsi="Lato"/>
          <w:sz w:val="24"/>
          <w:szCs w:val="24"/>
        </w:rPr>
      </w:pPr>
    </w:p>
    <w:p w14:paraId="17BAE304" w14:textId="77777777" w:rsidR="0010459A" w:rsidRPr="002E1C8B" w:rsidRDefault="0010459A" w:rsidP="0010459A">
      <w:pPr>
        <w:spacing w:after="0" w:line="240" w:lineRule="auto"/>
        <w:rPr>
          <w:rFonts w:ascii="Lato" w:hAnsi="Lato"/>
          <w:sz w:val="24"/>
          <w:szCs w:val="24"/>
        </w:rPr>
      </w:pPr>
      <w:r w:rsidRPr="002E1C8B">
        <w:rPr>
          <w:rFonts w:ascii="Lato" w:hAnsi="Lato"/>
          <w:sz w:val="24"/>
          <w:szCs w:val="24"/>
        </w:rPr>
        <w:t xml:space="preserve">If you are claiming expenses for </w:t>
      </w:r>
      <w:r>
        <w:rPr>
          <w:rFonts w:ascii="Lato" w:hAnsi="Lato"/>
          <w:sz w:val="24"/>
          <w:szCs w:val="24"/>
        </w:rPr>
        <w:t>multiple</w:t>
      </w:r>
      <w:r w:rsidRPr="002E1C8B">
        <w:rPr>
          <w:rFonts w:ascii="Lato" w:hAnsi="Lato"/>
          <w:sz w:val="24"/>
          <w:szCs w:val="24"/>
        </w:rPr>
        <w:t xml:space="preserve"> </w:t>
      </w:r>
      <w:r>
        <w:rPr>
          <w:rFonts w:ascii="Lato" w:hAnsi="Lato"/>
          <w:sz w:val="24"/>
          <w:szCs w:val="24"/>
        </w:rPr>
        <w:t xml:space="preserve">patients </w:t>
      </w:r>
      <w:r w:rsidRPr="002E1C8B">
        <w:rPr>
          <w:rFonts w:ascii="Lato" w:hAnsi="Lato"/>
          <w:sz w:val="24"/>
          <w:szCs w:val="24"/>
        </w:rPr>
        <w:t xml:space="preserve">for the same trip, enter the patient's name, MCP number, MCP expiry date, and relationship to you under </w:t>
      </w:r>
      <w:r w:rsidRPr="00755175">
        <w:rPr>
          <w:rFonts w:ascii="Lato" w:hAnsi="Lato"/>
          <w:b/>
          <w:bCs/>
          <w:sz w:val="24"/>
          <w:szCs w:val="24"/>
          <w:u w:val="single"/>
        </w:rPr>
        <w:t>Patient Details</w:t>
      </w:r>
      <w:r w:rsidRPr="002E1C8B">
        <w:rPr>
          <w:rFonts w:ascii="Lato" w:hAnsi="Lato"/>
          <w:sz w:val="24"/>
          <w:szCs w:val="24"/>
        </w:rPr>
        <w:t>.</w:t>
      </w:r>
    </w:p>
    <w:p w14:paraId="776B71E1" w14:textId="77777777" w:rsidR="00657EA8" w:rsidRDefault="00657EA8" w:rsidP="00657EA8">
      <w:pPr>
        <w:spacing w:after="0" w:line="240" w:lineRule="auto"/>
        <w:rPr>
          <w:rFonts w:ascii="Lato" w:hAnsi="Lato"/>
          <w:sz w:val="24"/>
          <w:szCs w:val="24"/>
        </w:rPr>
      </w:pPr>
    </w:p>
    <w:p w14:paraId="4E50378B" w14:textId="77777777" w:rsidR="00657EA8" w:rsidRPr="0007532E" w:rsidRDefault="00657EA8" w:rsidP="00657EA8">
      <w:pPr>
        <w:spacing w:after="0" w:line="240" w:lineRule="auto"/>
        <w:rPr>
          <w:rFonts w:ascii="Lato" w:hAnsi="Lato"/>
          <w:sz w:val="24"/>
          <w:szCs w:val="24"/>
        </w:rPr>
      </w:pPr>
      <w:r w:rsidRPr="0007532E">
        <w:rPr>
          <w:rFonts w:ascii="Lato" w:hAnsi="Lato"/>
          <w:b/>
          <w:bCs/>
          <w:sz w:val="24"/>
          <w:szCs w:val="24"/>
        </w:rPr>
        <w:t>Remember:</w:t>
      </w:r>
      <w:r w:rsidRPr="0007532E">
        <w:rPr>
          <w:rFonts w:ascii="Lato" w:hAnsi="Lato"/>
          <w:sz w:val="24"/>
          <w:szCs w:val="24"/>
        </w:rPr>
        <w:t xml:space="preserve"> Only one trip may be included per claim. If you need to claim expenses for a different trip, you must submit a separate claim.</w:t>
      </w:r>
    </w:p>
    <w:p w14:paraId="353BB45B" w14:textId="77777777" w:rsidR="00657EA8" w:rsidRPr="00AC0E22" w:rsidRDefault="00657EA8" w:rsidP="00657EA8">
      <w:pPr>
        <w:spacing w:after="0" w:line="240" w:lineRule="auto"/>
        <w:rPr>
          <w:rFonts w:ascii="Lato" w:hAnsi="Lato"/>
          <w:sz w:val="24"/>
          <w:szCs w:val="24"/>
        </w:rPr>
      </w:pPr>
      <w:r w:rsidRPr="00AC0E22">
        <w:rPr>
          <w:rFonts w:ascii="Lato" w:hAnsi="Lato"/>
          <w:sz w:val="24"/>
          <w:szCs w:val="24"/>
        </w:rPr>
        <w:lastRenderedPageBreak/>
        <w:t>Patients included in the claim must reside in the same household as you.</w:t>
      </w:r>
    </w:p>
    <w:p w14:paraId="4E82C8C5" w14:textId="77777777" w:rsidR="00657EA8" w:rsidRDefault="00657EA8" w:rsidP="00657EA8">
      <w:pPr>
        <w:spacing w:after="0" w:line="240" w:lineRule="auto"/>
        <w:rPr>
          <w:rFonts w:ascii="Lato" w:hAnsi="Lato"/>
          <w:sz w:val="24"/>
          <w:szCs w:val="24"/>
        </w:rPr>
      </w:pPr>
    </w:p>
    <w:p w14:paraId="0A5D12E0" w14:textId="77777777"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2</w:t>
      </w:r>
    </w:p>
    <w:p w14:paraId="2FA9BEAB" w14:textId="77777777" w:rsidR="00657EA8" w:rsidRDefault="00657EA8" w:rsidP="00657EA8">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747C6F2E" wp14:editId="64C2263A">
            <wp:extent cx="5943600" cy="2342515"/>
            <wp:effectExtent l="57150" t="38100" r="57150" b="76835"/>
            <wp:docPr id="659200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00816" name=""/>
                    <pic:cNvPicPr/>
                  </pic:nvPicPr>
                  <pic:blipFill>
                    <a:blip r:embed="rId11"/>
                    <a:stretch>
                      <a:fillRect/>
                    </a:stretch>
                  </pic:blipFill>
                  <pic:spPr>
                    <a:xfrm>
                      <a:off x="0" y="0"/>
                      <a:ext cx="5943600" cy="234251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E046ECE" w14:textId="77777777" w:rsidR="00657EA8" w:rsidRDefault="00657EA8" w:rsidP="00657EA8">
      <w:pPr>
        <w:spacing w:after="0" w:line="240" w:lineRule="auto"/>
        <w:rPr>
          <w:rFonts w:ascii="Lato" w:hAnsi="Lato"/>
          <w:sz w:val="24"/>
          <w:szCs w:val="24"/>
        </w:rPr>
      </w:pPr>
    </w:p>
    <w:p w14:paraId="2B1B8FA8" w14:textId="059A2795" w:rsidR="00657EA8" w:rsidRDefault="00657EA8" w:rsidP="00657EA8">
      <w:pPr>
        <w:spacing w:after="0" w:line="240" w:lineRule="auto"/>
        <w:rPr>
          <w:rFonts w:ascii="Lato" w:hAnsi="Lato"/>
          <w:sz w:val="24"/>
          <w:szCs w:val="24"/>
        </w:rPr>
      </w:pPr>
      <w:r w:rsidRPr="003B0962">
        <w:rPr>
          <w:rFonts w:ascii="Lato" w:hAnsi="Lato"/>
          <w:sz w:val="24"/>
          <w:szCs w:val="24"/>
        </w:rPr>
        <w:t xml:space="preserve">If </w:t>
      </w:r>
      <w:r>
        <w:rPr>
          <w:rFonts w:ascii="Lato" w:hAnsi="Lato"/>
          <w:sz w:val="24"/>
          <w:szCs w:val="24"/>
        </w:rPr>
        <w:t>either patient has private</w:t>
      </w:r>
      <w:r w:rsidRPr="003B0962">
        <w:rPr>
          <w:rFonts w:ascii="Lato" w:hAnsi="Lato"/>
          <w:sz w:val="24"/>
          <w:szCs w:val="24"/>
        </w:rPr>
        <w:t xml:space="preserve"> </w:t>
      </w:r>
      <w:r w:rsidRPr="00AB12E7">
        <w:rPr>
          <w:rFonts w:ascii="Lato" w:hAnsi="Lato"/>
          <w:sz w:val="24"/>
          <w:szCs w:val="24"/>
        </w:rPr>
        <w:t>health insurance,</w:t>
      </w:r>
      <w:r>
        <w:rPr>
          <w:rFonts w:ascii="Lato" w:hAnsi="Lato"/>
          <w:sz w:val="24"/>
          <w:szCs w:val="24"/>
        </w:rPr>
        <w:t xml:space="preserve"> </w:t>
      </w:r>
      <w:r w:rsidRPr="003B0962">
        <w:rPr>
          <w:rFonts w:ascii="Lato" w:hAnsi="Lato"/>
          <w:sz w:val="24"/>
          <w:szCs w:val="24"/>
        </w:rPr>
        <w:t xml:space="preserve">select Yes (Picture </w:t>
      </w:r>
      <w:r>
        <w:rPr>
          <w:rFonts w:ascii="Lato" w:hAnsi="Lato"/>
          <w:sz w:val="24"/>
          <w:szCs w:val="24"/>
        </w:rPr>
        <w:t>3</w:t>
      </w:r>
      <w:r w:rsidRPr="003B0962">
        <w:rPr>
          <w:rFonts w:ascii="Lato" w:hAnsi="Lato"/>
          <w:sz w:val="24"/>
          <w:szCs w:val="24"/>
        </w:rPr>
        <w:t xml:space="preserve">). Add the name of </w:t>
      </w:r>
      <w:r>
        <w:rPr>
          <w:rFonts w:ascii="Lato" w:hAnsi="Lato"/>
          <w:sz w:val="24"/>
          <w:szCs w:val="24"/>
        </w:rPr>
        <w:t>the</w:t>
      </w:r>
      <w:r w:rsidRPr="003B0962">
        <w:rPr>
          <w:rFonts w:ascii="Lato" w:hAnsi="Lato"/>
          <w:sz w:val="24"/>
          <w:szCs w:val="24"/>
        </w:rPr>
        <w:t xml:space="preserve"> insurance company in the </w:t>
      </w:r>
      <w:r w:rsidR="0010459A">
        <w:rPr>
          <w:rFonts w:ascii="Lato" w:hAnsi="Lato"/>
          <w:sz w:val="24"/>
          <w:szCs w:val="24"/>
        </w:rPr>
        <w:t>field</w:t>
      </w:r>
      <w:r>
        <w:rPr>
          <w:rFonts w:ascii="Lato" w:hAnsi="Lato"/>
          <w:sz w:val="24"/>
          <w:szCs w:val="24"/>
        </w:rPr>
        <w:t xml:space="preserve"> provided</w:t>
      </w:r>
      <w:r w:rsidRPr="003B0962">
        <w:rPr>
          <w:rFonts w:ascii="Lato" w:hAnsi="Lato"/>
          <w:sz w:val="24"/>
          <w:szCs w:val="24"/>
        </w:rPr>
        <w:t xml:space="preserve">. </w:t>
      </w:r>
    </w:p>
    <w:p w14:paraId="5B62EA0F" w14:textId="77777777" w:rsidR="00657EA8" w:rsidRDefault="00657EA8" w:rsidP="00657EA8">
      <w:pPr>
        <w:spacing w:after="0" w:line="240" w:lineRule="auto"/>
        <w:rPr>
          <w:rFonts w:ascii="Lato" w:hAnsi="Lato"/>
          <w:sz w:val="24"/>
          <w:szCs w:val="24"/>
        </w:rPr>
      </w:pPr>
    </w:p>
    <w:p w14:paraId="7CBA2CF8" w14:textId="77777777" w:rsidR="00657EA8" w:rsidRDefault="00657EA8" w:rsidP="00657EA8">
      <w:pPr>
        <w:spacing w:after="0" w:line="240" w:lineRule="auto"/>
        <w:rPr>
          <w:rFonts w:ascii="Lato" w:hAnsi="Lato"/>
          <w:sz w:val="24"/>
          <w:szCs w:val="24"/>
        </w:rPr>
      </w:pPr>
      <w:r>
        <w:rPr>
          <w:rFonts w:ascii="Lato" w:hAnsi="Lato"/>
          <w:sz w:val="24"/>
          <w:szCs w:val="24"/>
        </w:rPr>
        <w:t>If either patient received or is eligible to receive travel support through an employer, another department, government, or organization such as Hope Air, select Yes (Picture 3). Please enter information about the source and amount in the fields provided.</w:t>
      </w:r>
    </w:p>
    <w:p w14:paraId="0D5C190A" w14:textId="77777777" w:rsidR="00657EA8" w:rsidRDefault="00657EA8" w:rsidP="00657EA8">
      <w:pPr>
        <w:spacing w:after="0" w:line="240" w:lineRule="auto"/>
        <w:rPr>
          <w:rFonts w:ascii="Lato" w:hAnsi="Lato"/>
          <w:sz w:val="24"/>
          <w:szCs w:val="24"/>
        </w:rPr>
      </w:pPr>
    </w:p>
    <w:p w14:paraId="21393A53" w14:textId="77777777" w:rsidR="00657EA8" w:rsidRDefault="00657EA8" w:rsidP="00657EA8">
      <w:pPr>
        <w:spacing w:after="0" w:line="240" w:lineRule="auto"/>
        <w:rPr>
          <w:rFonts w:ascii="Lato" w:hAnsi="Lato"/>
          <w:sz w:val="24"/>
          <w:szCs w:val="24"/>
        </w:rPr>
      </w:pPr>
      <w:r w:rsidRPr="003B0962">
        <w:rPr>
          <w:rFonts w:ascii="Lato" w:hAnsi="Lato"/>
          <w:sz w:val="24"/>
          <w:szCs w:val="24"/>
        </w:rPr>
        <w:t xml:space="preserve">If </w:t>
      </w:r>
      <w:r>
        <w:rPr>
          <w:rFonts w:ascii="Lato" w:hAnsi="Lato"/>
          <w:sz w:val="24"/>
          <w:szCs w:val="24"/>
        </w:rPr>
        <w:t xml:space="preserve">either patient answers </w:t>
      </w:r>
      <w:r w:rsidRPr="003B0962">
        <w:rPr>
          <w:rFonts w:ascii="Lato" w:hAnsi="Lato"/>
          <w:sz w:val="24"/>
          <w:szCs w:val="24"/>
        </w:rPr>
        <w:t>Yes</w:t>
      </w:r>
      <w:r>
        <w:rPr>
          <w:rFonts w:ascii="Lato" w:hAnsi="Lato"/>
          <w:sz w:val="24"/>
          <w:szCs w:val="24"/>
        </w:rPr>
        <w:t xml:space="preserve"> (Picture 3)</w:t>
      </w:r>
      <w:r w:rsidRPr="003B0962">
        <w:rPr>
          <w:rFonts w:ascii="Lato" w:hAnsi="Lato"/>
          <w:sz w:val="24"/>
          <w:szCs w:val="24"/>
        </w:rPr>
        <w:t xml:space="preserve"> to receiving </w:t>
      </w:r>
      <w:r>
        <w:rPr>
          <w:rFonts w:ascii="Lato" w:hAnsi="Lato"/>
          <w:sz w:val="24"/>
          <w:szCs w:val="24"/>
        </w:rPr>
        <w:t>i</w:t>
      </w:r>
      <w:r w:rsidRPr="003B0962">
        <w:rPr>
          <w:rFonts w:ascii="Lato" w:hAnsi="Lato"/>
          <w:sz w:val="24"/>
          <w:szCs w:val="24"/>
        </w:rPr>
        <w:t xml:space="preserve">ncome </w:t>
      </w:r>
      <w:r>
        <w:rPr>
          <w:rFonts w:ascii="Lato" w:hAnsi="Lato"/>
          <w:sz w:val="24"/>
          <w:szCs w:val="24"/>
        </w:rPr>
        <w:t>s</w:t>
      </w:r>
      <w:r w:rsidRPr="003B0962">
        <w:rPr>
          <w:rFonts w:ascii="Lato" w:hAnsi="Lato"/>
          <w:sz w:val="24"/>
          <w:szCs w:val="24"/>
        </w:rPr>
        <w:t>upport</w:t>
      </w:r>
      <w:r>
        <w:rPr>
          <w:rFonts w:ascii="Lato" w:hAnsi="Lato"/>
          <w:sz w:val="24"/>
          <w:szCs w:val="24"/>
        </w:rPr>
        <w:t>, or h</w:t>
      </w:r>
      <w:r w:rsidRPr="003B0962">
        <w:rPr>
          <w:rFonts w:ascii="Lato" w:hAnsi="Lato"/>
          <w:sz w:val="24"/>
          <w:szCs w:val="24"/>
        </w:rPr>
        <w:t xml:space="preserve">ome </w:t>
      </w:r>
      <w:r>
        <w:rPr>
          <w:rFonts w:ascii="Lato" w:hAnsi="Lato"/>
          <w:sz w:val="24"/>
          <w:szCs w:val="24"/>
        </w:rPr>
        <w:t>s</w:t>
      </w:r>
      <w:r w:rsidRPr="003B0962">
        <w:rPr>
          <w:rFonts w:ascii="Lato" w:hAnsi="Lato"/>
          <w:sz w:val="24"/>
          <w:szCs w:val="24"/>
        </w:rPr>
        <w:t xml:space="preserve">upport or financial benefits through the Community Support Program, </w:t>
      </w:r>
      <w:r>
        <w:rPr>
          <w:rFonts w:ascii="Lato" w:hAnsi="Lato"/>
          <w:sz w:val="24"/>
          <w:szCs w:val="24"/>
        </w:rPr>
        <w:t>they</w:t>
      </w:r>
      <w:r w:rsidRPr="003B0962">
        <w:rPr>
          <w:rFonts w:ascii="Lato" w:hAnsi="Lato"/>
          <w:sz w:val="24"/>
          <w:szCs w:val="24"/>
        </w:rPr>
        <w:t xml:space="preserve"> </w:t>
      </w:r>
      <w:r>
        <w:rPr>
          <w:rFonts w:ascii="Lato" w:hAnsi="Lato"/>
          <w:sz w:val="24"/>
          <w:szCs w:val="24"/>
        </w:rPr>
        <w:t xml:space="preserve">are not eligible for MTAP </w:t>
      </w:r>
      <w:r w:rsidRPr="00C208AF">
        <w:rPr>
          <w:rFonts w:ascii="Lato" w:hAnsi="Lato"/>
          <w:sz w:val="24"/>
          <w:szCs w:val="24"/>
        </w:rPr>
        <w:t xml:space="preserve">and must be removed from the claim, along with any expenses related to </w:t>
      </w:r>
      <w:r>
        <w:rPr>
          <w:rFonts w:ascii="Lato" w:hAnsi="Lato"/>
          <w:sz w:val="24"/>
          <w:szCs w:val="24"/>
        </w:rPr>
        <w:t>them</w:t>
      </w:r>
      <w:r w:rsidRPr="00C208AF">
        <w:rPr>
          <w:rFonts w:ascii="Lato" w:hAnsi="Lato"/>
          <w:sz w:val="24"/>
          <w:szCs w:val="24"/>
        </w:rPr>
        <w:t>.</w:t>
      </w:r>
      <w:r>
        <w:rPr>
          <w:rFonts w:ascii="Lato" w:hAnsi="Lato"/>
          <w:sz w:val="24"/>
          <w:szCs w:val="24"/>
        </w:rPr>
        <w:t xml:space="preserve"> They will </w:t>
      </w:r>
      <w:r w:rsidRPr="003B0962">
        <w:rPr>
          <w:rFonts w:ascii="Lato" w:hAnsi="Lato"/>
          <w:sz w:val="24"/>
          <w:szCs w:val="24"/>
        </w:rPr>
        <w:t>need to c</w:t>
      </w:r>
      <w:r>
        <w:rPr>
          <w:rFonts w:ascii="Lato" w:hAnsi="Lato"/>
          <w:sz w:val="24"/>
          <w:szCs w:val="24"/>
        </w:rPr>
        <w:t>ontact</w:t>
      </w:r>
      <w:r w:rsidRPr="003B0962">
        <w:rPr>
          <w:rFonts w:ascii="Lato" w:hAnsi="Lato"/>
          <w:sz w:val="24"/>
          <w:szCs w:val="24"/>
        </w:rPr>
        <w:t xml:space="preserve"> the Medical Transportation Supports Program (MeTS) for help with travel </w:t>
      </w:r>
      <w:r>
        <w:rPr>
          <w:rFonts w:ascii="Lato" w:hAnsi="Lato"/>
          <w:sz w:val="24"/>
          <w:szCs w:val="24"/>
        </w:rPr>
        <w:t xml:space="preserve">at 1-833-729-6106 or email </w:t>
      </w:r>
      <w:hyperlink r:id="rId12" w:history="1">
        <w:r w:rsidRPr="003339D8">
          <w:rPr>
            <w:rStyle w:val="Hyperlink"/>
            <w:rFonts w:ascii="Lato" w:hAnsi="Lato"/>
            <w:sz w:val="24"/>
            <w:szCs w:val="24"/>
          </w:rPr>
          <w:t>MeTS@gov.nl.ca</w:t>
        </w:r>
      </w:hyperlink>
      <w:r>
        <w:rPr>
          <w:rFonts w:ascii="Lato" w:hAnsi="Lato"/>
          <w:sz w:val="24"/>
          <w:szCs w:val="24"/>
        </w:rPr>
        <w:t xml:space="preserve">. </w:t>
      </w:r>
    </w:p>
    <w:p w14:paraId="2B7F43A4" w14:textId="77777777" w:rsidR="00657EA8" w:rsidRDefault="00657EA8" w:rsidP="00657EA8">
      <w:pPr>
        <w:spacing w:after="0" w:line="240" w:lineRule="auto"/>
        <w:rPr>
          <w:rFonts w:ascii="Lato" w:hAnsi="Lato"/>
          <w:sz w:val="24"/>
          <w:szCs w:val="24"/>
        </w:rPr>
      </w:pPr>
    </w:p>
    <w:p w14:paraId="0C499CF4" w14:textId="6624C552"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3</w:t>
      </w:r>
    </w:p>
    <w:p w14:paraId="7F16F1D6" w14:textId="77777777" w:rsidR="00657EA8" w:rsidRDefault="00657EA8" w:rsidP="00657EA8">
      <w:pPr>
        <w:spacing w:after="0" w:line="240" w:lineRule="auto"/>
        <w:rPr>
          <w:rFonts w:ascii="Lato" w:hAnsi="Lato"/>
          <w:b/>
          <w:bCs/>
          <w:sz w:val="24"/>
          <w:szCs w:val="24"/>
        </w:rPr>
      </w:pPr>
      <w:r w:rsidRPr="00616FA9">
        <w:rPr>
          <w:rFonts w:ascii="Lato" w:hAnsi="Lato"/>
          <w:b/>
          <w:bCs/>
          <w:noProof/>
          <w:sz w:val="24"/>
          <w:szCs w:val="24"/>
        </w:rPr>
        <w:drawing>
          <wp:inline distT="0" distB="0" distL="0" distR="0" wp14:anchorId="07417C47" wp14:editId="2B08A6B8">
            <wp:extent cx="5943600" cy="2743200"/>
            <wp:effectExtent l="57150" t="38100" r="57150" b="76200"/>
            <wp:docPr id="1276112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112327" name=""/>
                    <pic:cNvPicPr/>
                  </pic:nvPicPr>
                  <pic:blipFill>
                    <a:blip r:embed="rId13"/>
                    <a:stretch>
                      <a:fillRect/>
                    </a:stretch>
                  </pic:blipFill>
                  <pic:spPr>
                    <a:xfrm>
                      <a:off x="0" y="0"/>
                      <a:ext cx="5943600" cy="274320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59CF70B8" w14:textId="77777777" w:rsidR="00657EA8" w:rsidRDefault="00657EA8" w:rsidP="00657EA8">
      <w:pPr>
        <w:pStyle w:val="Heading1"/>
        <w:pBdr>
          <w:bottom w:val="single" w:sz="4" w:space="1" w:color="auto"/>
        </w:pBdr>
        <w:spacing w:before="0" w:line="240" w:lineRule="auto"/>
        <w:rPr>
          <w:rFonts w:ascii="Lato" w:hAnsi="Lato"/>
          <w:color w:val="253746"/>
        </w:rPr>
      </w:pPr>
      <w:r w:rsidRPr="00FC004A">
        <w:rPr>
          <w:rFonts w:ascii="Lato" w:hAnsi="Lato"/>
          <w:color w:val="253746"/>
        </w:rPr>
        <w:lastRenderedPageBreak/>
        <w:t xml:space="preserve">Section </w:t>
      </w:r>
      <w:r>
        <w:rPr>
          <w:rFonts w:ascii="Lato" w:hAnsi="Lato"/>
          <w:color w:val="253746"/>
        </w:rPr>
        <w:t>3</w:t>
      </w:r>
      <w:r w:rsidRPr="00FC004A">
        <w:rPr>
          <w:rFonts w:ascii="Lato" w:hAnsi="Lato"/>
          <w:color w:val="253746"/>
        </w:rPr>
        <w:t>: Escort Information</w:t>
      </w:r>
    </w:p>
    <w:p w14:paraId="06242C92" w14:textId="77777777" w:rsidR="00657EA8" w:rsidRDefault="00657EA8" w:rsidP="00657EA8">
      <w:pPr>
        <w:spacing w:after="0" w:line="240" w:lineRule="auto"/>
        <w:rPr>
          <w:rFonts w:ascii="Lato" w:hAnsi="Lato"/>
          <w:sz w:val="24"/>
          <w:szCs w:val="24"/>
        </w:rPr>
      </w:pPr>
    </w:p>
    <w:p w14:paraId="34CE9BD4" w14:textId="77777777" w:rsidR="00657EA8" w:rsidRDefault="00657EA8" w:rsidP="00657EA8">
      <w:pPr>
        <w:spacing w:after="0" w:line="240" w:lineRule="auto"/>
        <w:rPr>
          <w:rFonts w:ascii="Lato" w:hAnsi="Lato"/>
          <w:sz w:val="24"/>
          <w:szCs w:val="24"/>
        </w:rPr>
      </w:pPr>
      <w:r w:rsidRPr="00CB7FC5">
        <w:rPr>
          <w:rFonts w:ascii="Lato" w:hAnsi="Lato"/>
          <w:sz w:val="24"/>
          <w:szCs w:val="24"/>
        </w:rPr>
        <w:t xml:space="preserve">This section (Picture </w:t>
      </w:r>
      <w:r>
        <w:rPr>
          <w:rFonts w:ascii="Lato" w:hAnsi="Lato"/>
          <w:sz w:val="24"/>
          <w:szCs w:val="24"/>
        </w:rPr>
        <w:t>4</w:t>
      </w:r>
      <w:r w:rsidRPr="00CB7FC5">
        <w:rPr>
          <w:rFonts w:ascii="Lato" w:hAnsi="Lato"/>
          <w:sz w:val="24"/>
          <w:szCs w:val="24"/>
        </w:rPr>
        <w:t xml:space="preserve">) asks if someone travelled with the patient(s) to provide support. This person is called an escort and must be </w:t>
      </w:r>
      <w:r w:rsidRPr="003B0962">
        <w:rPr>
          <w:rFonts w:ascii="Lato" w:hAnsi="Lato"/>
          <w:sz w:val="24"/>
          <w:szCs w:val="24"/>
        </w:rPr>
        <w:t>required for medical reasons</w:t>
      </w:r>
      <w:r>
        <w:rPr>
          <w:rFonts w:ascii="Lato" w:hAnsi="Lato"/>
          <w:sz w:val="24"/>
          <w:szCs w:val="24"/>
        </w:rPr>
        <w:t xml:space="preserve"> </w:t>
      </w:r>
      <w:r w:rsidRPr="00CB7FC5">
        <w:rPr>
          <w:rFonts w:ascii="Lato" w:hAnsi="Lato"/>
          <w:sz w:val="24"/>
          <w:szCs w:val="24"/>
        </w:rPr>
        <w:t>and supported by documentation from a physician or nurse practitioner. Escorts must be 18 years of age or older. Healthcare professionals travelling in their professional capacity to provide care or transportation services are not eligible to be claimed as escorts.</w:t>
      </w:r>
    </w:p>
    <w:p w14:paraId="3EB9EE01" w14:textId="77777777" w:rsidR="00657EA8" w:rsidRDefault="00657EA8" w:rsidP="00657EA8">
      <w:pPr>
        <w:spacing w:after="0" w:line="240" w:lineRule="auto"/>
        <w:rPr>
          <w:rFonts w:ascii="Lato" w:hAnsi="Lato"/>
          <w:sz w:val="24"/>
          <w:szCs w:val="24"/>
        </w:rPr>
      </w:pPr>
    </w:p>
    <w:p w14:paraId="7DEC7CCB" w14:textId="77777777"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4</w:t>
      </w:r>
    </w:p>
    <w:p w14:paraId="00E62C59" w14:textId="4D3358C2" w:rsidR="00B031CA" w:rsidRDefault="00657EA8" w:rsidP="00ED5E9C">
      <w:pPr>
        <w:spacing w:after="0"/>
        <w:rPr>
          <w:rFonts w:ascii="Lato" w:hAnsi="Lato"/>
          <w:b/>
          <w:bCs/>
          <w:sz w:val="24"/>
          <w:szCs w:val="24"/>
        </w:rPr>
      </w:pPr>
      <w:r w:rsidRPr="00790946">
        <w:rPr>
          <w:rFonts w:ascii="Lato" w:hAnsi="Lato"/>
          <w:b/>
          <w:bCs/>
          <w:noProof/>
          <w:sz w:val="24"/>
          <w:szCs w:val="24"/>
        </w:rPr>
        <w:drawing>
          <wp:inline distT="0" distB="0" distL="0" distR="0" wp14:anchorId="45E0E883" wp14:editId="7D72DA5A">
            <wp:extent cx="5943600" cy="789940"/>
            <wp:effectExtent l="57150" t="38100" r="57150" b="67310"/>
            <wp:docPr id="1505382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82937" name=""/>
                    <pic:cNvPicPr/>
                  </pic:nvPicPr>
                  <pic:blipFill>
                    <a:blip r:embed="rId14"/>
                    <a:stretch>
                      <a:fillRect/>
                    </a:stretch>
                  </pic:blipFill>
                  <pic:spPr>
                    <a:xfrm>
                      <a:off x="0" y="0"/>
                      <a:ext cx="5943600" cy="78994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0478ECF6" w14:textId="77777777" w:rsidR="00ED5E9C" w:rsidRPr="00ED5E9C" w:rsidRDefault="00ED5E9C" w:rsidP="00ED5E9C">
      <w:pPr>
        <w:spacing w:after="0" w:line="240" w:lineRule="auto"/>
        <w:rPr>
          <w:rFonts w:ascii="Lato" w:hAnsi="Lato"/>
          <w:sz w:val="24"/>
          <w:szCs w:val="24"/>
        </w:rPr>
      </w:pPr>
    </w:p>
    <w:p w14:paraId="017EF98D" w14:textId="354FED50" w:rsidR="005D6A5A" w:rsidRDefault="005D6A5A" w:rsidP="005D6A5A">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Pr>
          <w:rFonts w:ascii="Lato" w:hAnsi="Lato"/>
          <w:color w:val="253746"/>
        </w:rPr>
        <w:t>4</w:t>
      </w:r>
      <w:r w:rsidRPr="00FC004A">
        <w:rPr>
          <w:rFonts w:ascii="Lato" w:hAnsi="Lato"/>
          <w:color w:val="253746"/>
        </w:rPr>
        <w:t xml:space="preserve">: </w:t>
      </w:r>
      <w:r w:rsidRPr="005D6A5A">
        <w:rPr>
          <w:rFonts w:ascii="Lato" w:hAnsi="Lato"/>
          <w:color w:val="253746"/>
        </w:rPr>
        <w:t>Referring Specialist Physician</w:t>
      </w:r>
    </w:p>
    <w:p w14:paraId="45EFA19C" w14:textId="77777777" w:rsidR="005D6A5A" w:rsidRDefault="005D6A5A" w:rsidP="005D6A5A">
      <w:pPr>
        <w:spacing w:after="0" w:line="240" w:lineRule="auto"/>
        <w:rPr>
          <w:rFonts w:ascii="Lato" w:hAnsi="Lato"/>
          <w:b/>
          <w:bCs/>
          <w:sz w:val="24"/>
          <w:szCs w:val="24"/>
        </w:rPr>
      </w:pPr>
    </w:p>
    <w:p w14:paraId="2DBCBDF8" w14:textId="3F84EA5D" w:rsidR="00B031CA" w:rsidRDefault="005D6A5A" w:rsidP="005D6A5A">
      <w:pPr>
        <w:spacing w:after="0" w:line="240" w:lineRule="auto"/>
        <w:rPr>
          <w:rFonts w:ascii="Lato" w:hAnsi="Lato"/>
          <w:sz w:val="24"/>
          <w:szCs w:val="24"/>
        </w:rPr>
      </w:pPr>
      <w:r>
        <w:rPr>
          <w:rFonts w:ascii="Lato" w:hAnsi="Lato"/>
          <w:sz w:val="24"/>
          <w:szCs w:val="24"/>
        </w:rPr>
        <w:t xml:space="preserve">All out-of-province travel </w:t>
      </w:r>
      <w:r w:rsidRPr="005D6A5A">
        <w:rPr>
          <w:rFonts w:ascii="Lato" w:hAnsi="Lato"/>
          <w:sz w:val="24"/>
          <w:szCs w:val="24"/>
        </w:rPr>
        <w:t xml:space="preserve">must be supported by </w:t>
      </w:r>
      <w:r w:rsidR="00FD530C">
        <w:rPr>
          <w:rFonts w:ascii="Lato" w:hAnsi="Lato"/>
          <w:sz w:val="24"/>
          <w:szCs w:val="24"/>
        </w:rPr>
        <w:t xml:space="preserve">a </w:t>
      </w:r>
      <w:r w:rsidRPr="005D6A5A">
        <w:rPr>
          <w:rFonts w:ascii="Lato" w:hAnsi="Lato"/>
          <w:sz w:val="24"/>
          <w:szCs w:val="24"/>
        </w:rPr>
        <w:t>referral from a</w:t>
      </w:r>
      <w:r w:rsidR="001A4FC0">
        <w:rPr>
          <w:rFonts w:ascii="Lato" w:hAnsi="Lato"/>
          <w:sz w:val="24"/>
          <w:szCs w:val="24"/>
        </w:rPr>
        <w:t xml:space="preserve"> Newfoundland and Labrador</w:t>
      </w:r>
      <w:r w:rsidR="00B031CA">
        <w:rPr>
          <w:rFonts w:ascii="Lato" w:hAnsi="Lato"/>
          <w:sz w:val="24"/>
          <w:szCs w:val="24"/>
        </w:rPr>
        <w:t xml:space="preserve"> physician </w:t>
      </w:r>
      <w:r w:rsidRPr="005D6A5A">
        <w:rPr>
          <w:rFonts w:ascii="Lato" w:hAnsi="Lato"/>
          <w:sz w:val="24"/>
          <w:szCs w:val="24"/>
        </w:rPr>
        <w:t>specialist.</w:t>
      </w:r>
      <w:r>
        <w:rPr>
          <w:rFonts w:ascii="Lato" w:hAnsi="Lato"/>
          <w:sz w:val="24"/>
          <w:szCs w:val="24"/>
        </w:rPr>
        <w:t xml:space="preserve"> </w:t>
      </w:r>
    </w:p>
    <w:p w14:paraId="293164E8" w14:textId="77777777" w:rsidR="00B031CA" w:rsidRDefault="00B031CA" w:rsidP="005D6A5A">
      <w:pPr>
        <w:spacing w:after="0" w:line="240" w:lineRule="auto"/>
        <w:rPr>
          <w:rFonts w:ascii="Lato" w:hAnsi="Lato"/>
          <w:sz w:val="24"/>
          <w:szCs w:val="24"/>
        </w:rPr>
      </w:pPr>
    </w:p>
    <w:p w14:paraId="244FDBE7" w14:textId="13CD9BD6" w:rsidR="001A4FC0" w:rsidRPr="001A4FC0" w:rsidRDefault="001A4FC0" w:rsidP="001A4FC0">
      <w:pPr>
        <w:spacing w:after="0" w:line="240" w:lineRule="auto"/>
        <w:rPr>
          <w:rFonts w:ascii="Lato" w:hAnsi="Lato"/>
          <w:sz w:val="24"/>
          <w:szCs w:val="24"/>
        </w:rPr>
      </w:pPr>
      <w:r w:rsidRPr="001A4FC0">
        <w:rPr>
          <w:rFonts w:ascii="Lato" w:hAnsi="Lato"/>
          <w:sz w:val="24"/>
          <w:szCs w:val="24"/>
        </w:rPr>
        <w:t xml:space="preserve">This section (Picture </w:t>
      </w:r>
      <w:r w:rsidR="00657EA8">
        <w:rPr>
          <w:rFonts w:ascii="Lato" w:hAnsi="Lato"/>
          <w:sz w:val="24"/>
          <w:szCs w:val="24"/>
        </w:rPr>
        <w:t>5</w:t>
      </w:r>
      <w:r w:rsidRPr="001A4FC0">
        <w:rPr>
          <w:rFonts w:ascii="Lato" w:hAnsi="Lato"/>
          <w:sz w:val="24"/>
          <w:szCs w:val="24"/>
        </w:rPr>
        <w:t xml:space="preserve">) asks for information about the </w:t>
      </w:r>
      <w:r w:rsidR="00FD530C" w:rsidRPr="00FD530C">
        <w:rPr>
          <w:rFonts w:ascii="Lato" w:hAnsi="Lato"/>
          <w:b/>
          <w:bCs/>
          <w:sz w:val="24"/>
          <w:szCs w:val="24"/>
          <w:u w:val="single"/>
        </w:rPr>
        <w:t>NL Referring P</w:t>
      </w:r>
      <w:r w:rsidRPr="001A4FC0">
        <w:rPr>
          <w:rFonts w:ascii="Lato" w:hAnsi="Lato"/>
          <w:b/>
          <w:bCs/>
          <w:sz w:val="24"/>
          <w:szCs w:val="24"/>
          <w:u w:val="single"/>
        </w:rPr>
        <w:t xml:space="preserve">hysician </w:t>
      </w:r>
      <w:r w:rsidR="00FD530C" w:rsidRPr="00FD530C">
        <w:rPr>
          <w:rFonts w:ascii="Lato" w:hAnsi="Lato"/>
          <w:b/>
          <w:bCs/>
          <w:sz w:val="24"/>
          <w:szCs w:val="24"/>
          <w:u w:val="single"/>
        </w:rPr>
        <w:t>S</w:t>
      </w:r>
      <w:r w:rsidRPr="001A4FC0">
        <w:rPr>
          <w:rFonts w:ascii="Lato" w:hAnsi="Lato"/>
          <w:b/>
          <w:bCs/>
          <w:sz w:val="24"/>
          <w:szCs w:val="24"/>
          <w:u w:val="single"/>
        </w:rPr>
        <w:t>pecialist</w:t>
      </w:r>
      <w:r w:rsidRPr="001A4FC0">
        <w:rPr>
          <w:rFonts w:ascii="Lato" w:hAnsi="Lato"/>
          <w:sz w:val="24"/>
          <w:szCs w:val="24"/>
        </w:rPr>
        <w:t xml:space="preserve"> who </w:t>
      </w:r>
      <w:proofErr w:type="gramStart"/>
      <w:r w:rsidRPr="001A4FC0">
        <w:rPr>
          <w:rFonts w:ascii="Lato" w:hAnsi="Lato"/>
          <w:sz w:val="24"/>
          <w:szCs w:val="24"/>
        </w:rPr>
        <w:t>referred</w:t>
      </w:r>
      <w:proofErr w:type="gramEnd"/>
      <w:r w:rsidRPr="001A4FC0">
        <w:rPr>
          <w:rFonts w:ascii="Lato" w:hAnsi="Lato"/>
          <w:sz w:val="24"/>
          <w:szCs w:val="24"/>
        </w:rPr>
        <w:t xml:space="preserve"> the patient for out-of-province care. </w:t>
      </w:r>
      <w:r w:rsidR="00657EA8">
        <w:rPr>
          <w:rFonts w:ascii="Lato" w:hAnsi="Lato"/>
          <w:sz w:val="24"/>
          <w:szCs w:val="24"/>
        </w:rPr>
        <w:t>A</w:t>
      </w:r>
      <w:r w:rsidRPr="001A4FC0">
        <w:rPr>
          <w:rFonts w:ascii="Lato" w:hAnsi="Lato"/>
          <w:sz w:val="24"/>
          <w:szCs w:val="24"/>
        </w:rPr>
        <w:t xml:space="preserve"> copy of the referral letter </w:t>
      </w:r>
      <w:r w:rsidR="00FD530C">
        <w:rPr>
          <w:rFonts w:ascii="Lato" w:hAnsi="Lato"/>
          <w:sz w:val="24"/>
          <w:szCs w:val="24"/>
        </w:rPr>
        <w:t>and/</w:t>
      </w:r>
      <w:r w:rsidRPr="001A4FC0">
        <w:rPr>
          <w:rFonts w:ascii="Lato" w:hAnsi="Lato"/>
          <w:sz w:val="24"/>
          <w:szCs w:val="24"/>
        </w:rPr>
        <w:t>or other supporting documentation</w:t>
      </w:r>
      <w:r w:rsidR="00657EA8">
        <w:rPr>
          <w:rFonts w:ascii="Lato" w:hAnsi="Lato"/>
          <w:sz w:val="24"/>
          <w:szCs w:val="24"/>
        </w:rPr>
        <w:t xml:space="preserve"> should be attached with your claim</w:t>
      </w:r>
      <w:r w:rsidRPr="001A4FC0">
        <w:rPr>
          <w:rFonts w:ascii="Lato" w:hAnsi="Lato"/>
          <w:sz w:val="24"/>
          <w:szCs w:val="24"/>
        </w:rPr>
        <w:t xml:space="preserve">. Refer to Section </w:t>
      </w:r>
      <w:r w:rsidR="000A1A13">
        <w:rPr>
          <w:rFonts w:ascii="Lato" w:hAnsi="Lato"/>
          <w:sz w:val="24"/>
          <w:szCs w:val="24"/>
        </w:rPr>
        <w:t>6</w:t>
      </w:r>
      <w:r w:rsidRPr="001A4FC0">
        <w:rPr>
          <w:rFonts w:ascii="Lato" w:hAnsi="Lato"/>
          <w:sz w:val="24"/>
          <w:szCs w:val="24"/>
        </w:rPr>
        <w:t xml:space="preserve"> of this guide for additional information.</w:t>
      </w:r>
    </w:p>
    <w:p w14:paraId="7AB4BA86" w14:textId="77777777" w:rsidR="00694418" w:rsidRDefault="00694418" w:rsidP="005D6A5A">
      <w:pPr>
        <w:spacing w:after="0" w:line="240" w:lineRule="auto"/>
        <w:rPr>
          <w:rFonts w:ascii="Lato" w:hAnsi="Lato"/>
          <w:sz w:val="24"/>
          <w:szCs w:val="24"/>
        </w:rPr>
      </w:pPr>
    </w:p>
    <w:p w14:paraId="14B0FFB4" w14:textId="1C52D7F1" w:rsidR="00694418" w:rsidRDefault="00694418" w:rsidP="005D6A5A">
      <w:pPr>
        <w:spacing w:after="0" w:line="240" w:lineRule="auto"/>
        <w:rPr>
          <w:rFonts w:ascii="Lato" w:hAnsi="Lato"/>
          <w:b/>
          <w:bCs/>
          <w:sz w:val="24"/>
          <w:szCs w:val="24"/>
        </w:rPr>
      </w:pPr>
      <w:r w:rsidRPr="00945DFB">
        <w:rPr>
          <w:rFonts w:ascii="Lato" w:hAnsi="Lato"/>
          <w:b/>
          <w:bCs/>
          <w:sz w:val="24"/>
          <w:szCs w:val="24"/>
        </w:rPr>
        <w:t xml:space="preserve">Picture </w:t>
      </w:r>
      <w:r w:rsidR="00657EA8">
        <w:rPr>
          <w:rFonts w:ascii="Lato" w:hAnsi="Lato"/>
          <w:b/>
          <w:bCs/>
          <w:sz w:val="24"/>
          <w:szCs w:val="24"/>
        </w:rPr>
        <w:t>5</w:t>
      </w:r>
    </w:p>
    <w:p w14:paraId="1D37F139" w14:textId="452BC5E5" w:rsidR="00657EA8" w:rsidRDefault="00657EA8" w:rsidP="005D6A5A">
      <w:pPr>
        <w:spacing w:after="0" w:line="240" w:lineRule="auto"/>
        <w:rPr>
          <w:rFonts w:ascii="Lato" w:hAnsi="Lato"/>
          <w:sz w:val="24"/>
          <w:szCs w:val="24"/>
        </w:rPr>
      </w:pPr>
      <w:r w:rsidRPr="00657EA8">
        <w:rPr>
          <w:rFonts w:ascii="Lato" w:hAnsi="Lato"/>
          <w:noProof/>
          <w:sz w:val="24"/>
          <w:szCs w:val="24"/>
        </w:rPr>
        <w:drawing>
          <wp:inline distT="0" distB="0" distL="0" distR="0" wp14:anchorId="3B53C459" wp14:editId="69ED5CBB">
            <wp:extent cx="5943600" cy="876935"/>
            <wp:effectExtent l="57150" t="38100" r="57150" b="75565"/>
            <wp:docPr id="1773269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69092" name=""/>
                    <pic:cNvPicPr/>
                  </pic:nvPicPr>
                  <pic:blipFill>
                    <a:blip r:embed="rId15"/>
                    <a:stretch>
                      <a:fillRect/>
                    </a:stretch>
                  </pic:blipFill>
                  <pic:spPr>
                    <a:xfrm>
                      <a:off x="0" y="0"/>
                      <a:ext cx="5943600" cy="87693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47FAF467" w14:textId="77777777" w:rsidR="005D6A5A" w:rsidRDefault="005D6A5A" w:rsidP="005D6A5A">
      <w:pPr>
        <w:spacing w:after="0" w:line="240" w:lineRule="auto"/>
        <w:rPr>
          <w:rFonts w:ascii="Lato" w:hAnsi="Lato"/>
          <w:sz w:val="24"/>
          <w:szCs w:val="24"/>
        </w:rPr>
      </w:pPr>
    </w:p>
    <w:p w14:paraId="24678E79" w14:textId="47D5700B" w:rsidR="00BA0062" w:rsidRPr="00BA0062" w:rsidRDefault="00BA0062" w:rsidP="00BA0062">
      <w:pPr>
        <w:spacing w:after="0" w:line="240" w:lineRule="auto"/>
        <w:rPr>
          <w:rFonts w:ascii="Lato" w:hAnsi="Lato"/>
          <w:sz w:val="24"/>
          <w:szCs w:val="24"/>
        </w:rPr>
      </w:pPr>
      <w:r w:rsidRPr="00BA0062">
        <w:rPr>
          <w:rFonts w:ascii="Lato" w:hAnsi="Lato"/>
          <w:sz w:val="24"/>
          <w:szCs w:val="24"/>
        </w:rPr>
        <w:t xml:space="preserve">If </w:t>
      </w:r>
      <w:proofErr w:type="gramStart"/>
      <w:r w:rsidRPr="00BA0062">
        <w:rPr>
          <w:rFonts w:ascii="Lato" w:hAnsi="Lato"/>
          <w:sz w:val="24"/>
          <w:szCs w:val="24"/>
        </w:rPr>
        <w:t>known</w:t>
      </w:r>
      <w:proofErr w:type="gramEnd"/>
      <w:r w:rsidRPr="00BA0062">
        <w:rPr>
          <w:rFonts w:ascii="Lato" w:hAnsi="Lato"/>
          <w:sz w:val="24"/>
          <w:szCs w:val="24"/>
        </w:rPr>
        <w:t xml:space="preserve">, enter the address of the physician specialist's office or the location where the patient was seen under </w:t>
      </w:r>
      <w:r w:rsidR="00EE1F4A" w:rsidRPr="00EE1F4A">
        <w:rPr>
          <w:rFonts w:ascii="Lato" w:hAnsi="Lato"/>
          <w:sz w:val="24"/>
          <w:szCs w:val="24"/>
        </w:rPr>
        <w:t>the clinic address</w:t>
      </w:r>
      <w:r w:rsidRPr="00BA0062">
        <w:rPr>
          <w:rFonts w:ascii="Lato" w:hAnsi="Lato"/>
          <w:sz w:val="24"/>
          <w:szCs w:val="24"/>
        </w:rPr>
        <w:t>.</w:t>
      </w:r>
    </w:p>
    <w:p w14:paraId="46BAF0E6" w14:textId="77777777" w:rsidR="00EE1F4A" w:rsidRDefault="00EE1F4A" w:rsidP="005D6A5A">
      <w:pPr>
        <w:spacing w:after="0" w:line="240" w:lineRule="auto"/>
        <w:rPr>
          <w:rFonts w:ascii="Lato" w:hAnsi="Lato"/>
          <w:sz w:val="24"/>
          <w:szCs w:val="24"/>
        </w:rPr>
      </w:pPr>
    </w:p>
    <w:p w14:paraId="0FF0E7D2" w14:textId="43005663" w:rsidR="009C5653" w:rsidRDefault="00EE1F4A" w:rsidP="00EE1F4A">
      <w:pPr>
        <w:spacing w:after="0" w:line="240" w:lineRule="auto"/>
        <w:rPr>
          <w:rFonts w:ascii="Lato" w:hAnsi="Lato"/>
          <w:sz w:val="24"/>
          <w:szCs w:val="24"/>
        </w:rPr>
      </w:pPr>
      <w:r w:rsidRPr="00EE1F4A">
        <w:rPr>
          <w:rFonts w:ascii="Lato" w:hAnsi="Lato"/>
          <w:sz w:val="24"/>
          <w:szCs w:val="24"/>
        </w:rPr>
        <w:t xml:space="preserve">Under </w:t>
      </w:r>
      <w:r w:rsidRPr="00EE1F4A">
        <w:rPr>
          <w:rFonts w:ascii="Lato" w:hAnsi="Lato"/>
          <w:b/>
          <w:bCs/>
          <w:sz w:val="24"/>
          <w:szCs w:val="24"/>
          <w:u w:val="single"/>
        </w:rPr>
        <w:t>Name of Physician/Hospital to Whom This Patient Was Referred</w:t>
      </w:r>
      <w:r w:rsidRPr="00EE1F4A">
        <w:rPr>
          <w:rFonts w:ascii="Lato" w:hAnsi="Lato"/>
          <w:sz w:val="24"/>
          <w:szCs w:val="24"/>
        </w:rPr>
        <w:t xml:space="preserve"> (Picture </w:t>
      </w:r>
      <w:r w:rsidR="00657EA8">
        <w:rPr>
          <w:rFonts w:ascii="Lato" w:hAnsi="Lato"/>
          <w:sz w:val="24"/>
          <w:szCs w:val="24"/>
        </w:rPr>
        <w:t>6</w:t>
      </w:r>
      <w:r w:rsidRPr="00EE1F4A">
        <w:rPr>
          <w:rFonts w:ascii="Lato" w:hAnsi="Lato"/>
          <w:sz w:val="24"/>
          <w:szCs w:val="24"/>
        </w:rPr>
        <w:t xml:space="preserve">), enter the name of the physician, specialist, or healthcare facility that provided the out-of-province service. </w:t>
      </w:r>
    </w:p>
    <w:p w14:paraId="40CF5FCD" w14:textId="77777777" w:rsidR="009C5653" w:rsidRDefault="009C5653" w:rsidP="00EE1F4A">
      <w:pPr>
        <w:spacing w:after="0" w:line="240" w:lineRule="auto"/>
        <w:rPr>
          <w:rFonts w:ascii="Lato" w:hAnsi="Lato"/>
          <w:sz w:val="24"/>
          <w:szCs w:val="24"/>
        </w:rPr>
      </w:pPr>
    </w:p>
    <w:p w14:paraId="752757AD" w14:textId="27FA1A4A" w:rsidR="00EE1F4A" w:rsidRPr="00EE1F4A" w:rsidRDefault="00EE1F4A" w:rsidP="00EE1F4A">
      <w:pPr>
        <w:spacing w:after="0" w:line="240" w:lineRule="auto"/>
        <w:rPr>
          <w:rFonts w:ascii="Lato" w:hAnsi="Lato"/>
          <w:sz w:val="24"/>
          <w:szCs w:val="24"/>
        </w:rPr>
      </w:pPr>
      <w:r w:rsidRPr="00EE1F4A">
        <w:rPr>
          <w:rFonts w:ascii="Lato" w:hAnsi="Lato"/>
          <w:sz w:val="24"/>
          <w:szCs w:val="24"/>
        </w:rPr>
        <w:t xml:space="preserve">Under </w:t>
      </w:r>
      <w:r w:rsidRPr="00EE1F4A">
        <w:rPr>
          <w:rFonts w:ascii="Lato" w:hAnsi="Lato"/>
          <w:b/>
          <w:bCs/>
          <w:sz w:val="24"/>
          <w:szCs w:val="24"/>
          <w:u w:val="single"/>
        </w:rPr>
        <w:t>Physician/Hospital of Where Patient Was Referred</w:t>
      </w:r>
      <w:r w:rsidRPr="00EE1F4A">
        <w:rPr>
          <w:rFonts w:ascii="Lato" w:hAnsi="Lato"/>
          <w:sz w:val="24"/>
          <w:szCs w:val="24"/>
        </w:rPr>
        <w:t>, enter the address of the physician's office or healthcare facility, if known. If there were multiple appointments, enter the primary physician or facility associated with the trip.</w:t>
      </w:r>
    </w:p>
    <w:p w14:paraId="0757E2EA" w14:textId="77777777" w:rsidR="00EE1F4A" w:rsidRDefault="00EE1F4A" w:rsidP="005D6A5A">
      <w:pPr>
        <w:spacing w:after="0" w:line="240" w:lineRule="auto"/>
        <w:rPr>
          <w:rFonts w:ascii="Lato" w:hAnsi="Lato"/>
          <w:sz w:val="24"/>
          <w:szCs w:val="24"/>
        </w:rPr>
      </w:pPr>
    </w:p>
    <w:p w14:paraId="2740B782" w14:textId="77777777" w:rsidR="00ED5E9C" w:rsidRDefault="00ED5E9C" w:rsidP="005D6A5A">
      <w:pPr>
        <w:spacing w:after="0" w:line="240" w:lineRule="auto"/>
        <w:rPr>
          <w:rFonts w:ascii="Lato" w:hAnsi="Lato"/>
          <w:b/>
          <w:bCs/>
          <w:sz w:val="24"/>
          <w:szCs w:val="24"/>
        </w:rPr>
      </w:pPr>
    </w:p>
    <w:p w14:paraId="621AE795" w14:textId="77777777" w:rsidR="00ED5E9C" w:rsidRDefault="00ED5E9C" w:rsidP="005D6A5A">
      <w:pPr>
        <w:spacing w:after="0" w:line="240" w:lineRule="auto"/>
        <w:rPr>
          <w:rFonts w:ascii="Lato" w:hAnsi="Lato"/>
          <w:b/>
          <w:bCs/>
          <w:sz w:val="24"/>
          <w:szCs w:val="24"/>
        </w:rPr>
      </w:pPr>
    </w:p>
    <w:p w14:paraId="6E6E1B73" w14:textId="77777777" w:rsidR="00ED5E9C" w:rsidRDefault="00ED5E9C" w:rsidP="005D6A5A">
      <w:pPr>
        <w:spacing w:after="0" w:line="240" w:lineRule="auto"/>
        <w:rPr>
          <w:rFonts w:ascii="Lato" w:hAnsi="Lato"/>
          <w:b/>
          <w:bCs/>
          <w:sz w:val="24"/>
          <w:szCs w:val="24"/>
        </w:rPr>
      </w:pPr>
    </w:p>
    <w:p w14:paraId="61353DBE" w14:textId="3D33270E" w:rsidR="00B85E1B" w:rsidRDefault="00B85E1B" w:rsidP="005D6A5A">
      <w:pPr>
        <w:spacing w:after="0" w:line="240" w:lineRule="auto"/>
        <w:rPr>
          <w:rFonts w:ascii="Lato" w:hAnsi="Lato"/>
          <w:b/>
          <w:bCs/>
          <w:sz w:val="24"/>
          <w:szCs w:val="24"/>
        </w:rPr>
      </w:pPr>
      <w:r w:rsidRPr="00945DFB">
        <w:rPr>
          <w:rFonts w:ascii="Lato" w:hAnsi="Lato"/>
          <w:b/>
          <w:bCs/>
          <w:sz w:val="24"/>
          <w:szCs w:val="24"/>
        </w:rPr>
        <w:lastRenderedPageBreak/>
        <w:t xml:space="preserve">Picture </w:t>
      </w:r>
      <w:r w:rsidR="00657EA8">
        <w:rPr>
          <w:rFonts w:ascii="Lato" w:hAnsi="Lato"/>
          <w:b/>
          <w:bCs/>
          <w:sz w:val="24"/>
          <w:szCs w:val="24"/>
        </w:rPr>
        <w:t>6</w:t>
      </w:r>
    </w:p>
    <w:p w14:paraId="07F26644" w14:textId="6B807B31" w:rsidR="00657EA8" w:rsidRDefault="00657EA8" w:rsidP="005D6A5A">
      <w:pPr>
        <w:spacing w:after="0" w:line="240" w:lineRule="auto"/>
        <w:rPr>
          <w:rFonts w:ascii="Lato" w:hAnsi="Lato"/>
          <w:sz w:val="24"/>
          <w:szCs w:val="24"/>
        </w:rPr>
      </w:pPr>
      <w:r w:rsidRPr="00657EA8">
        <w:rPr>
          <w:rFonts w:ascii="Lato" w:hAnsi="Lato"/>
          <w:noProof/>
          <w:sz w:val="24"/>
          <w:szCs w:val="24"/>
        </w:rPr>
        <w:drawing>
          <wp:inline distT="0" distB="0" distL="0" distR="0" wp14:anchorId="3B02F7CB" wp14:editId="51AC9ED6">
            <wp:extent cx="5943600" cy="1038225"/>
            <wp:effectExtent l="57150" t="38100" r="57150" b="85725"/>
            <wp:docPr id="651130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30304" name=""/>
                    <pic:cNvPicPr/>
                  </pic:nvPicPr>
                  <pic:blipFill>
                    <a:blip r:embed="rId16"/>
                    <a:stretch>
                      <a:fillRect/>
                    </a:stretch>
                  </pic:blipFill>
                  <pic:spPr>
                    <a:xfrm>
                      <a:off x="0" y="0"/>
                      <a:ext cx="5943600" cy="10382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3A9320B3" w14:textId="77777777" w:rsidR="00EE1F4A" w:rsidRPr="00EE1F4A" w:rsidRDefault="00EE1F4A" w:rsidP="00EE1F4A">
      <w:pPr>
        <w:spacing w:after="0" w:line="240" w:lineRule="auto"/>
        <w:rPr>
          <w:rFonts w:ascii="Lato" w:hAnsi="Lato"/>
          <w:sz w:val="24"/>
          <w:szCs w:val="24"/>
        </w:rPr>
      </w:pPr>
    </w:p>
    <w:p w14:paraId="0EA208C6" w14:textId="4E9373AE" w:rsidR="00657EA8" w:rsidRDefault="00657EA8" w:rsidP="00657EA8">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Pr>
          <w:rFonts w:ascii="Lato" w:hAnsi="Lato"/>
          <w:color w:val="253746"/>
        </w:rPr>
        <w:t>5</w:t>
      </w:r>
      <w:r w:rsidRPr="00FC004A">
        <w:rPr>
          <w:rFonts w:ascii="Lato" w:hAnsi="Lato"/>
          <w:color w:val="253746"/>
        </w:rPr>
        <w:t>: Details of Medical Travel</w:t>
      </w:r>
    </w:p>
    <w:p w14:paraId="79373F3C" w14:textId="77777777" w:rsidR="00657EA8" w:rsidRPr="005D6384" w:rsidRDefault="00657EA8" w:rsidP="00657EA8">
      <w:pPr>
        <w:spacing w:after="0" w:line="240" w:lineRule="auto"/>
        <w:rPr>
          <w:rFonts w:ascii="Lato" w:hAnsi="Lato"/>
          <w:sz w:val="24"/>
          <w:szCs w:val="24"/>
        </w:rPr>
      </w:pPr>
    </w:p>
    <w:p w14:paraId="5781E08C" w14:textId="58250EE5" w:rsidR="00657EA8" w:rsidRDefault="00657EA8" w:rsidP="00657EA8">
      <w:pPr>
        <w:spacing w:after="0" w:line="240" w:lineRule="auto"/>
        <w:rPr>
          <w:rFonts w:ascii="Lato" w:hAnsi="Lato"/>
          <w:sz w:val="24"/>
          <w:szCs w:val="24"/>
        </w:rPr>
      </w:pPr>
      <w:r>
        <w:rPr>
          <w:rFonts w:ascii="Lato" w:hAnsi="Lato"/>
          <w:sz w:val="24"/>
          <w:szCs w:val="24"/>
        </w:rPr>
        <w:t xml:space="preserve">This section collects travel, </w:t>
      </w:r>
      <w:proofErr w:type="gramStart"/>
      <w:r w:rsidRPr="001213EC">
        <w:rPr>
          <w:rFonts w:ascii="Lato" w:hAnsi="Lato"/>
          <w:sz w:val="24"/>
          <w:szCs w:val="24"/>
        </w:rPr>
        <w:t>appointment</w:t>
      </w:r>
      <w:proofErr w:type="gramEnd"/>
      <w:r>
        <w:rPr>
          <w:rFonts w:ascii="Lato" w:hAnsi="Lato"/>
          <w:sz w:val="24"/>
          <w:szCs w:val="24"/>
        </w:rPr>
        <w:t>, and expense</w:t>
      </w:r>
      <w:r w:rsidRPr="001213EC">
        <w:rPr>
          <w:rFonts w:ascii="Lato" w:hAnsi="Lato"/>
          <w:sz w:val="24"/>
          <w:szCs w:val="24"/>
        </w:rPr>
        <w:t xml:space="preserve"> details.</w:t>
      </w:r>
      <w:r>
        <w:rPr>
          <w:rFonts w:ascii="Lato" w:hAnsi="Lato"/>
          <w:sz w:val="24"/>
          <w:szCs w:val="24"/>
        </w:rPr>
        <w:t xml:space="preserve"> </w:t>
      </w:r>
      <w:r w:rsidRPr="001213EC">
        <w:rPr>
          <w:rFonts w:ascii="Lato" w:hAnsi="Lato"/>
          <w:sz w:val="24"/>
          <w:szCs w:val="24"/>
        </w:rPr>
        <w:t xml:space="preserve">The </w:t>
      </w:r>
      <w:r>
        <w:rPr>
          <w:rFonts w:ascii="Lato" w:hAnsi="Lato"/>
          <w:b/>
          <w:bCs/>
          <w:sz w:val="24"/>
          <w:szCs w:val="24"/>
          <w:u w:val="single"/>
        </w:rPr>
        <w:t>Date of Departure and Return</w:t>
      </w:r>
      <w:r w:rsidRPr="00F1547E">
        <w:rPr>
          <w:rFonts w:ascii="Lato" w:hAnsi="Lato"/>
          <w:sz w:val="24"/>
          <w:szCs w:val="24"/>
        </w:rPr>
        <w:t xml:space="preserve"> </w:t>
      </w:r>
      <w:r w:rsidRPr="00DF0378">
        <w:rPr>
          <w:rFonts w:ascii="Lato" w:hAnsi="Lato"/>
          <w:sz w:val="24"/>
          <w:szCs w:val="24"/>
        </w:rPr>
        <w:t xml:space="preserve">(Picture </w:t>
      </w:r>
      <w:r>
        <w:rPr>
          <w:rFonts w:ascii="Lato" w:hAnsi="Lato"/>
          <w:sz w:val="24"/>
          <w:szCs w:val="24"/>
        </w:rPr>
        <w:t>7</w:t>
      </w:r>
      <w:r w:rsidRPr="00DF0378">
        <w:rPr>
          <w:rFonts w:ascii="Lato" w:hAnsi="Lato"/>
          <w:sz w:val="24"/>
          <w:szCs w:val="24"/>
        </w:rPr>
        <w:t>)</w:t>
      </w:r>
      <w:r>
        <w:rPr>
          <w:rFonts w:ascii="Lato" w:hAnsi="Lato"/>
          <w:sz w:val="24"/>
          <w:szCs w:val="24"/>
        </w:rPr>
        <w:t xml:space="preserve"> </w:t>
      </w:r>
      <w:r w:rsidRPr="00DF0378">
        <w:rPr>
          <w:rFonts w:ascii="Lato" w:hAnsi="Lato"/>
          <w:sz w:val="24"/>
          <w:szCs w:val="24"/>
        </w:rPr>
        <w:t xml:space="preserve">should </w:t>
      </w:r>
      <w:r>
        <w:rPr>
          <w:rFonts w:ascii="Lato" w:hAnsi="Lato"/>
          <w:sz w:val="24"/>
          <w:szCs w:val="24"/>
        </w:rPr>
        <w:t>reflect</w:t>
      </w:r>
      <w:r w:rsidRPr="00DF0378">
        <w:rPr>
          <w:rFonts w:ascii="Lato" w:hAnsi="Lato"/>
          <w:sz w:val="24"/>
          <w:szCs w:val="24"/>
        </w:rPr>
        <w:t xml:space="preserve"> the</w:t>
      </w:r>
      <w:r>
        <w:rPr>
          <w:rFonts w:ascii="Lato" w:hAnsi="Lato"/>
          <w:b/>
          <w:bCs/>
          <w:sz w:val="24"/>
          <w:szCs w:val="24"/>
        </w:rPr>
        <w:t xml:space="preserve"> </w:t>
      </w:r>
      <w:r w:rsidRPr="00DF0378">
        <w:rPr>
          <w:rFonts w:ascii="Lato" w:hAnsi="Lato"/>
          <w:sz w:val="24"/>
          <w:szCs w:val="24"/>
        </w:rPr>
        <w:t xml:space="preserve">first </w:t>
      </w:r>
      <w:r>
        <w:rPr>
          <w:rFonts w:ascii="Lato" w:hAnsi="Lato"/>
          <w:sz w:val="24"/>
          <w:szCs w:val="24"/>
        </w:rPr>
        <w:t>date</w:t>
      </w:r>
      <w:r w:rsidRPr="00DF0378">
        <w:rPr>
          <w:rFonts w:ascii="Lato" w:hAnsi="Lato"/>
          <w:sz w:val="24"/>
          <w:szCs w:val="24"/>
        </w:rPr>
        <w:t xml:space="preserve"> of travel </w:t>
      </w:r>
      <w:r>
        <w:rPr>
          <w:rFonts w:ascii="Lato" w:hAnsi="Lato"/>
          <w:sz w:val="24"/>
          <w:szCs w:val="24"/>
        </w:rPr>
        <w:t xml:space="preserve">and the date the patient returned home. </w:t>
      </w:r>
    </w:p>
    <w:p w14:paraId="2C904F86" w14:textId="77777777" w:rsidR="00657EA8" w:rsidRDefault="00657EA8" w:rsidP="00657EA8">
      <w:pPr>
        <w:spacing w:after="0" w:line="240" w:lineRule="auto"/>
        <w:rPr>
          <w:rFonts w:ascii="Lato" w:hAnsi="Lato"/>
          <w:sz w:val="24"/>
          <w:szCs w:val="24"/>
        </w:rPr>
      </w:pPr>
    </w:p>
    <w:p w14:paraId="41FAABF4" w14:textId="6FA6273E" w:rsidR="00671FBC" w:rsidRPr="00F02E88" w:rsidRDefault="00657EA8" w:rsidP="00671FBC">
      <w:pPr>
        <w:spacing w:after="0" w:line="240" w:lineRule="auto"/>
        <w:rPr>
          <w:rFonts w:ascii="Lato" w:hAnsi="Lato"/>
          <w:sz w:val="24"/>
          <w:szCs w:val="24"/>
        </w:rPr>
      </w:pPr>
      <w:r w:rsidRPr="001213EC">
        <w:rPr>
          <w:rFonts w:ascii="Lato" w:hAnsi="Lato"/>
          <w:sz w:val="24"/>
          <w:szCs w:val="24"/>
        </w:rPr>
        <w:t xml:space="preserve">Choose the </w:t>
      </w:r>
      <w:r w:rsidRPr="00F1547E">
        <w:rPr>
          <w:rFonts w:ascii="Lato" w:hAnsi="Lato"/>
          <w:b/>
          <w:bCs/>
          <w:sz w:val="24"/>
          <w:szCs w:val="24"/>
          <w:u w:val="single"/>
        </w:rPr>
        <w:t>Primary Reason for Travel</w:t>
      </w:r>
      <w:r>
        <w:rPr>
          <w:rFonts w:ascii="Lato" w:hAnsi="Lato"/>
          <w:sz w:val="24"/>
          <w:szCs w:val="24"/>
        </w:rPr>
        <w:t xml:space="preserve"> from the dropdown list</w:t>
      </w:r>
      <w:r w:rsidR="00671FBC">
        <w:rPr>
          <w:rFonts w:ascii="Lato" w:hAnsi="Lato"/>
          <w:sz w:val="24"/>
          <w:szCs w:val="24"/>
        </w:rPr>
        <w:t xml:space="preserve">. </w:t>
      </w:r>
      <w:r w:rsidR="00671FBC" w:rsidRPr="00F02E88">
        <w:rPr>
          <w:rFonts w:ascii="Lato" w:hAnsi="Lato"/>
          <w:sz w:val="24"/>
          <w:szCs w:val="24"/>
        </w:rPr>
        <w:t>If you have multiple appointments, select the reason that applies to the earliest appointment and enter the date of that appointment.</w:t>
      </w:r>
    </w:p>
    <w:p w14:paraId="50FB2946" w14:textId="48A37F37" w:rsidR="00657EA8" w:rsidRDefault="00657EA8" w:rsidP="00657EA8">
      <w:pPr>
        <w:spacing w:after="0" w:line="240" w:lineRule="auto"/>
        <w:rPr>
          <w:rFonts w:ascii="Lato" w:hAnsi="Lato"/>
          <w:sz w:val="24"/>
          <w:szCs w:val="24"/>
        </w:rPr>
      </w:pPr>
    </w:p>
    <w:p w14:paraId="4E6B43B0" w14:textId="77777777" w:rsidR="00657EA8" w:rsidRDefault="00657EA8" w:rsidP="00657EA8">
      <w:pPr>
        <w:spacing w:after="0" w:line="240" w:lineRule="auto"/>
        <w:rPr>
          <w:rFonts w:ascii="Lato" w:hAnsi="Lato"/>
          <w:sz w:val="24"/>
          <w:szCs w:val="24"/>
        </w:rPr>
      </w:pPr>
      <w:r w:rsidRPr="001213EC">
        <w:rPr>
          <w:rFonts w:ascii="Lato" w:hAnsi="Lato"/>
          <w:sz w:val="24"/>
          <w:szCs w:val="24"/>
        </w:rPr>
        <w:t xml:space="preserve">If you know the </w:t>
      </w:r>
      <w:r w:rsidRPr="00DD1D8B">
        <w:rPr>
          <w:rFonts w:ascii="Lato" w:hAnsi="Lato"/>
          <w:b/>
          <w:bCs/>
          <w:sz w:val="24"/>
          <w:szCs w:val="24"/>
          <w:u w:val="single"/>
        </w:rPr>
        <w:t>Physician Specialty</w:t>
      </w:r>
      <w:r w:rsidRPr="001213EC">
        <w:rPr>
          <w:rFonts w:ascii="Lato" w:hAnsi="Lato"/>
          <w:sz w:val="24"/>
          <w:szCs w:val="24"/>
        </w:rPr>
        <w:t xml:space="preserve"> (e.g.</w:t>
      </w:r>
      <w:r>
        <w:rPr>
          <w:rFonts w:ascii="Lato" w:hAnsi="Lato"/>
          <w:sz w:val="24"/>
          <w:szCs w:val="24"/>
        </w:rPr>
        <w:t>,</w:t>
      </w:r>
      <w:r w:rsidRPr="001213EC">
        <w:rPr>
          <w:rFonts w:ascii="Lato" w:hAnsi="Lato"/>
          <w:sz w:val="24"/>
          <w:szCs w:val="24"/>
        </w:rPr>
        <w:t xml:space="preserve"> surgeon, Ophthalmologist, Cardiology)</w:t>
      </w:r>
      <w:r>
        <w:rPr>
          <w:rFonts w:ascii="Lato" w:hAnsi="Lato"/>
          <w:sz w:val="24"/>
          <w:szCs w:val="24"/>
        </w:rPr>
        <w:t>,</w:t>
      </w:r>
      <w:r w:rsidRPr="001213EC">
        <w:rPr>
          <w:rFonts w:ascii="Lato" w:hAnsi="Lato"/>
          <w:sz w:val="24"/>
          <w:szCs w:val="24"/>
        </w:rPr>
        <w:t xml:space="preserve"> include it here. You can also say if </w:t>
      </w:r>
      <w:r>
        <w:rPr>
          <w:rFonts w:ascii="Lato" w:hAnsi="Lato"/>
          <w:sz w:val="24"/>
          <w:szCs w:val="24"/>
        </w:rPr>
        <w:t xml:space="preserve">the patient travelled for a specific </w:t>
      </w:r>
      <w:r w:rsidRPr="001213EC">
        <w:rPr>
          <w:rFonts w:ascii="Lato" w:hAnsi="Lato"/>
          <w:sz w:val="24"/>
          <w:szCs w:val="24"/>
        </w:rPr>
        <w:t>test (e.g.</w:t>
      </w:r>
      <w:r>
        <w:rPr>
          <w:rFonts w:ascii="Lato" w:hAnsi="Lato"/>
          <w:sz w:val="24"/>
          <w:szCs w:val="24"/>
        </w:rPr>
        <w:t>,</w:t>
      </w:r>
      <w:r w:rsidRPr="001213EC">
        <w:rPr>
          <w:rFonts w:ascii="Lato" w:hAnsi="Lato"/>
          <w:sz w:val="24"/>
          <w:szCs w:val="24"/>
        </w:rPr>
        <w:t xml:space="preserve"> MRI, CT scan)</w:t>
      </w:r>
      <w:r>
        <w:rPr>
          <w:rFonts w:ascii="Lato" w:hAnsi="Lato"/>
          <w:sz w:val="24"/>
          <w:szCs w:val="24"/>
        </w:rPr>
        <w:t>, illness or treatment (e.g., cancer, dialysis)</w:t>
      </w:r>
      <w:r w:rsidRPr="001213EC">
        <w:rPr>
          <w:rFonts w:ascii="Lato" w:hAnsi="Lato"/>
          <w:sz w:val="24"/>
          <w:szCs w:val="24"/>
        </w:rPr>
        <w:t xml:space="preserve"> or indicate Unknown. </w:t>
      </w:r>
    </w:p>
    <w:p w14:paraId="62F42FA3" w14:textId="77777777" w:rsidR="00657EA8" w:rsidRDefault="00657EA8" w:rsidP="00657EA8">
      <w:pPr>
        <w:spacing w:after="0" w:line="240" w:lineRule="auto"/>
        <w:rPr>
          <w:rFonts w:ascii="Lato" w:hAnsi="Lato"/>
          <w:b/>
          <w:bCs/>
          <w:sz w:val="24"/>
          <w:szCs w:val="24"/>
        </w:rPr>
      </w:pPr>
    </w:p>
    <w:p w14:paraId="093BC33B" w14:textId="3A40CC8E"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7</w:t>
      </w:r>
    </w:p>
    <w:p w14:paraId="54BD5505" w14:textId="77777777" w:rsidR="00657EA8" w:rsidRDefault="00657EA8" w:rsidP="00657EA8">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5707B4AF" wp14:editId="5DAB8E7D">
            <wp:extent cx="5943600" cy="1037590"/>
            <wp:effectExtent l="57150" t="38100" r="57150" b="67310"/>
            <wp:docPr id="157937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374770" name=""/>
                    <pic:cNvPicPr/>
                  </pic:nvPicPr>
                  <pic:blipFill>
                    <a:blip r:embed="rId17"/>
                    <a:stretch>
                      <a:fillRect/>
                    </a:stretch>
                  </pic:blipFill>
                  <pic:spPr>
                    <a:xfrm>
                      <a:off x="0" y="0"/>
                      <a:ext cx="5943600" cy="10375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7E738F8F" w14:textId="77777777" w:rsidR="00657EA8" w:rsidRDefault="00657EA8" w:rsidP="00657EA8">
      <w:pPr>
        <w:spacing w:after="0" w:line="240" w:lineRule="auto"/>
        <w:rPr>
          <w:rFonts w:ascii="Lato" w:hAnsi="Lato"/>
          <w:b/>
          <w:bCs/>
          <w:sz w:val="24"/>
          <w:szCs w:val="24"/>
        </w:rPr>
      </w:pPr>
    </w:p>
    <w:p w14:paraId="32574C9F" w14:textId="20E380A1" w:rsidR="00657EA8" w:rsidRDefault="00657EA8" w:rsidP="00657EA8">
      <w:pPr>
        <w:spacing w:after="0" w:line="240" w:lineRule="auto"/>
        <w:rPr>
          <w:rFonts w:ascii="Lato" w:hAnsi="Lato"/>
          <w:sz w:val="24"/>
          <w:szCs w:val="24"/>
        </w:rPr>
      </w:pPr>
      <w:r>
        <w:rPr>
          <w:rFonts w:ascii="Lato" w:hAnsi="Lato"/>
          <w:sz w:val="24"/>
          <w:szCs w:val="24"/>
        </w:rPr>
        <w:t xml:space="preserve">Under the Appointment Details (Picture 8), the </w:t>
      </w:r>
      <w:r w:rsidRPr="0041573F">
        <w:rPr>
          <w:rFonts w:ascii="Lato" w:hAnsi="Lato"/>
          <w:b/>
          <w:bCs/>
          <w:sz w:val="24"/>
          <w:szCs w:val="24"/>
          <w:u w:val="single"/>
        </w:rPr>
        <w:t>Appointment Location</w:t>
      </w:r>
      <w:r>
        <w:rPr>
          <w:rFonts w:ascii="Lato" w:hAnsi="Lato"/>
          <w:sz w:val="24"/>
          <w:szCs w:val="24"/>
        </w:rPr>
        <w:t xml:space="preserve"> </w:t>
      </w:r>
      <w:r w:rsidRPr="001213EC">
        <w:rPr>
          <w:rFonts w:ascii="Lato" w:hAnsi="Lato"/>
          <w:sz w:val="24"/>
          <w:szCs w:val="24"/>
        </w:rPr>
        <w:t>may include the name of the facility (e.g.</w:t>
      </w:r>
      <w:r>
        <w:rPr>
          <w:rFonts w:ascii="Lato" w:hAnsi="Lato"/>
          <w:sz w:val="24"/>
          <w:szCs w:val="24"/>
        </w:rPr>
        <w:t>,</w:t>
      </w:r>
      <w:r w:rsidRPr="001213EC">
        <w:rPr>
          <w:rFonts w:ascii="Lato" w:hAnsi="Lato"/>
          <w:sz w:val="24"/>
          <w:szCs w:val="24"/>
        </w:rPr>
        <w:t xml:space="preserve"> </w:t>
      </w:r>
      <w:r w:rsidR="00671FBC">
        <w:rPr>
          <w:rFonts w:ascii="Lato" w:hAnsi="Lato"/>
          <w:sz w:val="24"/>
          <w:szCs w:val="24"/>
        </w:rPr>
        <w:t>Princess Margaret Cancer Centre</w:t>
      </w:r>
      <w:r w:rsidRPr="001213EC">
        <w:rPr>
          <w:rFonts w:ascii="Lato" w:hAnsi="Lato"/>
          <w:sz w:val="24"/>
          <w:szCs w:val="24"/>
        </w:rPr>
        <w:t xml:space="preserve">) or </w:t>
      </w:r>
      <w:r>
        <w:rPr>
          <w:rFonts w:ascii="Lato" w:hAnsi="Lato"/>
          <w:sz w:val="24"/>
          <w:szCs w:val="24"/>
        </w:rPr>
        <w:t xml:space="preserve">the </w:t>
      </w:r>
      <w:r w:rsidRPr="001213EC">
        <w:rPr>
          <w:rFonts w:ascii="Lato" w:hAnsi="Lato"/>
          <w:sz w:val="24"/>
          <w:szCs w:val="24"/>
        </w:rPr>
        <w:t>street address (e.g.</w:t>
      </w:r>
      <w:r>
        <w:rPr>
          <w:rFonts w:ascii="Lato" w:hAnsi="Lato"/>
          <w:sz w:val="24"/>
          <w:szCs w:val="24"/>
        </w:rPr>
        <w:t>,</w:t>
      </w:r>
      <w:r w:rsidRPr="001213EC">
        <w:rPr>
          <w:rFonts w:ascii="Lato" w:hAnsi="Lato"/>
          <w:sz w:val="24"/>
          <w:szCs w:val="24"/>
        </w:rPr>
        <w:t xml:space="preserve"> 123 Avenue) where </w:t>
      </w:r>
      <w:r>
        <w:rPr>
          <w:rFonts w:ascii="Lato" w:hAnsi="Lato"/>
          <w:sz w:val="24"/>
          <w:szCs w:val="24"/>
        </w:rPr>
        <w:t>the</w:t>
      </w:r>
      <w:r w:rsidRPr="001213EC">
        <w:rPr>
          <w:rFonts w:ascii="Lato" w:hAnsi="Lato"/>
          <w:sz w:val="24"/>
          <w:szCs w:val="24"/>
        </w:rPr>
        <w:t xml:space="preserve"> appointment </w:t>
      </w:r>
      <w:r>
        <w:rPr>
          <w:rFonts w:ascii="Lato" w:hAnsi="Lato"/>
          <w:sz w:val="24"/>
          <w:szCs w:val="24"/>
        </w:rPr>
        <w:t>took</w:t>
      </w:r>
      <w:r w:rsidRPr="001213EC">
        <w:rPr>
          <w:rFonts w:ascii="Lato" w:hAnsi="Lato"/>
          <w:sz w:val="24"/>
          <w:szCs w:val="24"/>
        </w:rPr>
        <w:t xml:space="preserve"> place. </w:t>
      </w:r>
    </w:p>
    <w:p w14:paraId="5A234A59" w14:textId="77777777" w:rsidR="00657EA8" w:rsidRDefault="00657EA8" w:rsidP="00657EA8">
      <w:pPr>
        <w:spacing w:after="0" w:line="240" w:lineRule="auto"/>
        <w:rPr>
          <w:rFonts w:ascii="Lato" w:hAnsi="Lato"/>
          <w:sz w:val="24"/>
          <w:szCs w:val="24"/>
        </w:rPr>
      </w:pPr>
    </w:p>
    <w:p w14:paraId="16E82954" w14:textId="77777777" w:rsidR="00657EA8" w:rsidRDefault="00657EA8" w:rsidP="00657EA8">
      <w:pPr>
        <w:spacing w:after="0" w:line="240" w:lineRule="auto"/>
        <w:rPr>
          <w:rFonts w:ascii="Lato" w:hAnsi="Lato"/>
          <w:sz w:val="24"/>
          <w:szCs w:val="24"/>
        </w:rPr>
      </w:pPr>
      <w:r>
        <w:rPr>
          <w:rFonts w:ascii="Lato" w:hAnsi="Lato"/>
          <w:sz w:val="24"/>
          <w:szCs w:val="24"/>
        </w:rPr>
        <w:t xml:space="preserve">The </w:t>
      </w:r>
      <w:r w:rsidRPr="00F1547E">
        <w:rPr>
          <w:rFonts w:ascii="Lato" w:hAnsi="Lato"/>
          <w:b/>
          <w:bCs/>
          <w:sz w:val="24"/>
          <w:szCs w:val="24"/>
          <w:u w:val="single"/>
        </w:rPr>
        <w:t>Date of Appointment</w:t>
      </w:r>
      <w:r>
        <w:rPr>
          <w:rFonts w:ascii="Lato" w:hAnsi="Lato"/>
          <w:sz w:val="24"/>
          <w:szCs w:val="24"/>
        </w:rPr>
        <w:t xml:space="preserve"> and </w:t>
      </w:r>
      <w:r w:rsidRPr="00F1547E">
        <w:rPr>
          <w:rFonts w:ascii="Lato" w:hAnsi="Lato"/>
          <w:b/>
          <w:bCs/>
          <w:sz w:val="24"/>
          <w:szCs w:val="24"/>
          <w:u w:val="single"/>
        </w:rPr>
        <w:t>Name of Specialist</w:t>
      </w:r>
      <w:r>
        <w:rPr>
          <w:rFonts w:ascii="Lato" w:hAnsi="Lato"/>
          <w:sz w:val="24"/>
          <w:szCs w:val="24"/>
        </w:rPr>
        <w:t xml:space="preserve"> (e.g., Dr. Smith) should be indicated for each appointment.</w:t>
      </w:r>
    </w:p>
    <w:p w14:paraId="63862BB1" w14:textId="77777777" w:rsidR="00657EA8" w:rsidRDefault="00657EA8" w:rsidP="00657EA8">
      <w:pPr>
        <w:spacing w:after="0" w:line="240" w:lineRule="auto"/>
        <w:rPr>
          <w:rFonts w:ascii="Lato" w:hAnsi="Lato"/>
          <w:sz w:val="24"/>
          <w:szCs w:val="24"/>
        </w:rPr>
      </w:pPr>
    </w:p>
    <w:p w14:paraId="2D471DA3" w14:textId="06F683CB"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8</w:t>
      </w:r>
    </w:p>
    <w:p w14:paraId="1C48C51E" w14:textId="77777777" w:rsidR="00657EA8" w:rsidRDefault="00657EA8" w:rsidP="00657EA8">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1986475A" wp14:editId="4F6BF76D">
            <wp:extent cx="5943600" cy="1050925"/>
            <wp:effectExtent l="57150" t="38100" r="57150" b="73025"/>
            <wp:docPr id="112072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22277" name=""/>
                    <pic:cNvPicPr/>
                  </pic:nvPicPr>
                  <pic:blipFill>
                    <a:blip r:embed="rId18"/>
                    <a:stretch>
                      <a:fillRect/>
                    </a:stretch>
                  </pic:blipFill>
                  <pic:spPr>
                    <a:xfrm>
                      <a:off x="0" y="0"/>
                      <a:ext cx="5943600" cy="10509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01C07F29" w14:textId="0BF5CC2A" w:rsidR="00671FBC" w:rsidRDefault="00671FBC" w:rsidP="00671FBC">
      <w:pPr>
        <w:spacing w:after="0" w:line="240" w:lineRule="auto"/>
        <w:rPr>
          <w:rFonts w:ascii="Lato" w:hAnsi="Lato"/>
          <w:sz w:val="24"/>
          <w:szCs w:val="24"/>
        </w:rPr>
      </w:pPr>
      <w:r>
        <w:rPr>
          <w:rFonts w:ascii="Lato" w:hAnsi="Lato"/>
          <w:sz w:val="24"/>
          <w:szCs w:val="24"/>
        </w:rPr>
        <w:lastRenderedPageBreak/>
        <w:t xml:space="preserve">If any appointments included an in-patient stay (Picture 9), where either patient was required to stay overnight in a medical facility, select Yes. </w:t>
      </w:r>
      <w:r w:rsidRPr="003B0962">
        <w:rPr>
          <w:rFonts w:ascii="Lato" w:hAnsi="Lato"/>
          <w:sz w:val="24"/>
          <w:szCs w:val="24"/>
        </w:rPr>
        <w:t xml:space="preserve">Add the </w:t>
      </w:r>
      <w:r w:rsidRPr="00242195">
        <w:rPr>
          <w:rFonts w:ascii="Lato" w:hAnsi="Lato"/>
          <w:b/>
          <w:bCs/>
          <w:sz w:val="24"/>
          <w:szCs w:val="24"/>
          <w:u w:val="single"/>
        </w:rPr>
        <w:t>Date of Admission</w:t>
      </w:r>
      <w:r>
        <w:rPr>
          <w:rFonts w:ascii="Lato" w:hAnsi="Lato"/>
          <w:sz w:val="24"/>
          <w:szCs w:val="24"/>
        </w:rPr>
        <w:t xml:space="preserve"> and </w:t>
      </w:r>
      <w:r w:rsidRPr="00242195">
        <w:rPr>
          <w:rFonts w:ascii="Lato" w:hAnsi="Lato"/>
          <w:b/>
          <w:bCs/>
          <w:sz w:val="24"/>
          <w:szCs w:val="24"/>
          <w:u w:val="single"/>
        </w:rPr>
        <w:t>Date of Discharge</w:t>
      </w:r>
      <w:r>
        <w:rPr>
          <w:rFonts w:ascii="Lato" w:hAnsi="Lato"/>
          <w:sz w:val="24"/>
          <w:szCs w:val="24"/>
        </w:rPr>
        <w:t xml:space="preserve"> </w:t>
      </w:r>
      <w:r w:rsidRPr="003B0962">
        <w:rPr>
          <w:rFonts w:ascii="Lato" w:hAnsi="Lato"/>
          <w:sz w:val="24"/>
          <w:szCs w:val="24"/>
        </w:rPr>
        <w:t xml:space="preserve">in the </w:t>
      </w:r>
      <w:r>
        <w:rPr>
          <w:rFonts w:ascii="Lato" w:hAnsi="Lato"/>
          <w:sz w:val="24"/>
          <w:szCs w:val="24"/>
        </w:rPr>
        <w:t xml:space="preserve">fields provided.  </w:t>
      </w:r>
    </w:p>
    <w:p w14:paraId="08287E46" w14:textId="77777777" w:rsidR="00657EA8" w:rsidRDefault="00657EA8" w:rsidP="00657EA8">
      <w:pPr>
        <w:spacing w:after="0" w:line="240" w:lineRule="auto"/>
        <w:rPr>
          <w:rFonts w:ascii="Lato" w:hAnsi="Lato"/>
          <w:sz w:val="24"/>
          <w:szCs w:val="24"/>
        </w:rPr>
      </w:pPr>
    </w:p>
    <w:p w14:paraId="1480F842" w14:textId="4BE58361"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9</w:t>
      </w:r>
    </w:p>
    <w:p w14:paraId="32C0B1A0" w14:textId="77777777" w:rsidR="00657EA8" w:rsidRDefault="00657EA8" w:rsidP="00657EA8">
      <w:pPr>
        <w:spacing w:after="0" w:line="240" w:lineRule="auto"/>
        <w:rPr>
          <w:rFonts w:ascii="Lato" w:hAnsi="Lato"/>
          <w:b/>
          <w:bCs/>
          <w:sz w:val="24"/>
          <w:szCs w:val="24"/>
        </w:rPr>
      </w:pPr>
      <w:r w:rsidRPr="00790946">
        <w:rPr>
          <w:rFonts w:ascii="Lato" w:hAnsi="Lato"/>
          <w:b/>
          <w:bCs/>
          <w:noProof/>
          <w:sz w:val="24"/>
          <w:szCs w:val="24"/>
        </w:rPr>
        <w:drawing>
          <wp:inline distT="0" distB="0" distL="0" distR="0" wp14:anchorId="7BFFDF1F" wp14:editId="221F8FE4">
            <wp:extent cx="5943600" cy="873125"/>
            <wp:effectExtent l="57150" t="38100" r="57150" b="79375"/>
            <wp:docPr id="779153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3596" name=""/>
                    <pic:cNvPicPr/>
                  </pic:nvPicPr>
                  <pic:blipFill>
                    <a:blip r:embed="rId19"/>
                    <a:stretch>
                      <a:fillRect/>
                    </a:stretch>
                  </pic:blipFill>
                  <pic:spPr>
                    <a:xfrm>
                      <a:off x="0" y="0"/>
                      <a:ext cx="5943600" cy="87312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256B2310" w14:textId="77777777" w:rsidR="00657EA8" w:rsidRDefault="00657EA8" w:rsidP="00657EA8">
      <w:pPr>
        <w:spacing w:after="0" w:line="240" w:lineRule="auto"/>
        <w:rPr>
          <w:rFonts w:ascii="Lato" w:hAnsi="Lato"/>
          <w:sz w:val="24"/>
          <w:szCs w:val="24"/>
        </w:rPr>
      </w:pPr>
    </w:p>
    <w:p w14:paraId="1A2CF1C9" w14:textId="091E48E3" w:rsidR="00657EA8" w:rsidRPr="006B2FA0" w:rsidRDefault="00657EA8" w:rsidP="00657EA8">
      <w:pPr>
        <w:spacing w:after="0" w:line="240" w:lineRule="auto"/>
        <w:rPr>
          <w:rFonts w:ascii="Lato" w:hAnsi="Lato"/>
          <w:sz w:val="24"/>
          <w:szCs w:val="24"/>
        </w:rPr>
      </w:pPr>
      <w:r>
        <w:rPr>
          <w:rFonts w:ascii="Lato" w:hAnsi="Lato"/>
          <w:sz w:val="24"/>
          <w:szCs w:val="24"/>
        </w:rPr>
        <w:t>For</w:t>
      </w:r>
      <w:r w:rsidRPr="006B2FA0">
        <w:rPr>
          <w:rFonts w:ascii="Lato" w:hAnsi="Lato"/>
          <w:sz w:val="24"/>
          <w:szCs w:val="24"/>
        </w:rPr>
        <w:t xml:space="preserve"> each </w:t>
      </w:r>
      <w:r w:rsidRPr="000832DA">
        <w:rPr>
          <w:rFonts w:ascii="Lato" w:hAnsi="Lato"/>
          <w:b/>
          <w:bCs/>
          <w:sz w:val="24"/>
          <w:szCs w:val="24"/>
          <w:u w:val="single"/>
        </w:rPr>
        <w:t>Expense Type</w:t>
      </w:r>
      <w:r w:rsidRPr="00F1547E">
        <w:rPr>
          <w:rFonts w:ascii="Lato" w:hAnsi="Lato"/>
          <w:sz w:val="24"/>
          <w:szCs w:val="24"/>
        </w:rPr>
        <w:t xml:space="preserve"> (</w:t>
      </w:r>
      <w:r>
        <w:rPr>
          <w:rFonts w:ascii="Lato" w:hAnsi="Lato"/>
          <w:sz w:val="24"/>
          <w:szCs w:val="24"/>
        </w:rPr>
        <w:t>P</w:t>
      </w:r>
      <w:r w:rsidRPr="00F1547E">
        <w:rPr>
          <w:rFonts w:ascii="Lato" w:hAnsi="Lato"/>
          <w:sz w:val="24"/>
          <w:szCs w:val="24"/>
        </w:rPr>
        <w:t xml:space="preserve">icture </w:t>
      </w:r>
      <w:r>
        <w:rPr>
          <w:rFonts w:ascii="Lato" w:hAnsi="Lato"/>
          <w:sz w:val="24"/>
          <w:szCs w:val="24"/>
        </w:rPr>
        <w:t>10</w:t>
      </w:r>
      <w:r w:rsidRPr="00F1547E">
        <w:rPr>
          <w:rFonts w:ascii="Lato" w:hAnsi="Lato"/>
          <w:sz w:val="24"/>
          <w:szCs w:val="24"/>
        </w:rPr>
        <w:t>)</w:t>
      </w:r>
      <w:r w:rsidRPr="00D45C74">
        <w:rPr>
          <w:rFonts w:ascii="Lato" w:hAnsi="Lato"/>
          <w:sz w:val="24"/>
          <w:szCs w:val="24"/>
        </w:rPr>
        <w:t xml:space="preserve">, </w:t>
      </w:r>
      <w:r>
        <w:rPr>
          <w:rFonts w:ascii="Lato" w:hAnsi="Lato"/>
          <w:sz w:val="24"/>
          <w:szCs w:val="24"/>
        </w:rPr>
        <w:t>e</w:t>
      </w:r>
      <w:r w:rsidRPr="006B2FA0">
        <w:rPr>
          <w:rFonts w:ascii="Lato" w:hAnsi="Lato"/>
          <w:sz w:val="24"/>
          <w:szCs w:val="24"/>
        </w:rPr>
        <w:t xml:space="preserve">nter the date or date range for the expense and the total amount claimed. Repeat this process for each </w:t>
      </w:r>
      <w:proofErr w:type="gramStart"/>
      <w:r w:rsidRPr="006B2FA0">
        <w:rPr>
          <w:rFonts w:ascii="Lato" w:hAnsi="Lato"/>
          <w:sz w:val="24"/>
          <w:szCs w:val="24"/>
        </w:rPr>
        <w:t>expense type</w:t>
      </w:r>
      <w:proofErr w:type="gramEnd"/>
      <w:r w:rsidRPr="006B2FA0">
        <w:rPr>
          <w:rFonts w:ascii="Lato" w:hAnsi="Lato"/>
          <w:sz w:val="24"/>
          <w:szCs w:val="24"/>
        </w:rPr>
        <w:t xml:space="preserve"> being claimed.</w:t>
      </w:r>
    </w:p>
    <w:p w14:paraId="49445EBF" w14:textId="77777777" w:rsidR="00657EA8" w:rsidRDefault="00657EA8" w:rsidP="00657EA8">
      <w:pPr>
        <w:spacing w:after="0" w:line="240" w:lineRule="auto"/>
        <w:rPr>
          <w:rFonts w:ascii="Lato" w:hAnsi="Lato"/>
          <w:sz w:val="24"/>
          <w:szCs w:val="24"/>
        </w:rPr>
      </w:pPr>
    </w:p>
    <w:p w14:paraId="5EF39E1A" w14:textId="77777777" w:rsidR="00657EA8" w:rsidRPr="00622DBD" w:rsidRDefault="00657EA8" w:rsidP="00657EA8">
      <w:pPr>
        <w:spacing w:after="0" w:line="240" w:lineRule="auto"/>
        <w:rPr>
          <w:rFonts w:ascii="Lato" w:hAnsi="Lato"/>
          <w:sz w:val="24"/>
          <w:szCs w:val="24"/>
        </w:rPr>
      </w:pPr>
      <w:r w:rsidRPr="00622DBD">
        <w:rPr>
          <w:rFonts w:ascii="Lato" w:hAnsi="Lato"/>
          <w:sz w:val="24"/>
          <w:szCs w:val="24"/>
        </w:rPr>
        <w:t xml:space="preserve">Meal per </w:t>
      </w:r>
      <w:proofErr w:type="gramStart"/>
      <w:r w:rsidRPr="00622DBD">
        <w:rPr>
          <w:rFonts w:ascii="Lato" w:hAnsi="Lato"/>
          <w:sz w:val="24"/>
          <w:szCs w:val="24"/>
        </w:rPr>
        <w:t>diems do</w:t>
      </w:r>
      <w:proofErr w:type="gramEnd"/>
      <w:r w:rsidRPr="00622DBD">
        <w:rPr>
          <w:rFonts w:ascii="Lato" w:hAnsi="Lato"/>
          <w:sz w:val="24"/>
          <w:szCs w:val="24"/>
        </w:rPr>
        <w:t xml:space="preserve"> not need to be entered as an expense type. Eligible </w:t>
      </w:r>
      <w:proofErr w:type="gramStart"/>
      <w:r w:rsidRPr="00622DBD">
        <w:rPr>
          <w:rFonts w:ascii="Lato" w:hAnsi="Lato"/>
          <w:sz w:val="24"/>
          <w:szCs w:val="24"/>
        </w:rPr>
        <w:t>meal</w:t>
      </w:r>
      <w:proofErr w:type="gramEnd"/>
      <w:r w:rsidRPr="00622DBD">
        <w:rPr>
          <w:rFonts w:ascii="Lato" w:hAnsi="Lato"/>
          <w:sz w:val="24"/>
          <w:szCs w:val="24"/>
        </w:rPr>
        <w:t xml:space="preserve"> per diems </w:t>
      </w:r>
      <w:proofErr w:type="gramStart"/>
      <w:r w:rsidRPr="00622DBD">
        <w:rPr>
          <w:rFonts w:ascii="Lato" w:hAnsi="Lato"/>
          <w:sz w:val="24"/>
          <w:szCs w:val="24"/>
        </w:rPr>
        <w:t>are</w:t>
      </w:r>
      <w:proofErr w:type="gramEnd"/>
      <w:r w:rsidRPr="00622DBD">
        <w:rPr>
          <w:rFonts w:ascii="Lato" w:hAnsi="Lato"/>
          <w:sz w:val="24"/>
          <w:szCs w:val="24"/>
        </w:rPr>
        <w:t xml:space="preserve"> automatically calculated based on the information provided in the claim.</w:t>
      </w:r>
    </w:p>
    <w:p w14:paraId="612410BB" w14:textId="77777777" w:rsidR="00657EA8" w:rsidRDefault="00657EA8" w:rsidP="00657EA8">
      <w:pPr>
        <w:spacing w:after="0" w:line="240" w:lineRule="auto"/>
        <w:rPr>
          <w:rFonts w:ascii="Lato" w:hAnsi="Lato"/>
          <w:b/>
          <w:bCs/>
          <w:sz w:val="24"/>
          <w:szCs w:val="24"/>
        </w:rPr>
      </w:pPr>
    </w:p>
    <w:p w14:paraId="513D2401" w14:textId="77777777" w:rsidR="005524E0" w:rsidRPr="00622DBD" w:rsidRDefault="005524E0" w:rsidP="005524E0">
      <w:pPr>
        <w:spacing w:after="0" w:line="240" w:lineRule="auto"/>
        <w:rPr>
          <w:rFonts w:ascii="Lato" w:hAnsi="Lato"/>
          <w:sz w:val="24"/>
          <w:szCs w:val="24"/>
        </w:rPr>
      </w:pPr>
      <w:r w:rsidRPr="00622DBD">
        <w:rPr>
          <w:rFonts w:ascii="Lato" w:hAnsi="Lato"/>
          <w:b/>
          <w:bCs/>
          <w:sz w:val="24"/>
          <w:szCs w:val="24"/>
        </w:rPr>
        <w:t>Example:</w:t>
      </w:r>
      <w:r w:rsidRPr="00622DBD">
        <w:rPr>
          <w:rFonts w:ascii="Lato" w:hAnsi="Lato"/>
          <w:sz w:val="24"/>
          <w:szCs w:val="24"/>
        </w:rPr>
        <w:t xml:space="preserve"> </w:t>
      </w:r>
      <w:r>
        <w:rPr>
          <w:rFonts w:ascii="Lato" w:hAnsi="Lato"/>
          <w:sz w:val="24"/>
          <w:szCs w:val="24"/>
        </w:rPr>
        <w:t>If</w:t>
      </w:r>
      <w:r w:rsidRPr="008E389B">
        <w:rPr>
          <w:rFonts w:ascii="Lato" w:hAnsi="Lato"/>
          <w:sz w:val="24"/>
          <w:szCs w:val="24"/>
        </w:rPr>
        <w:t xml:space="preserve"> a taxi was used each day from June 15 to 19 and each trip cost $20.00, you can enter a single </w:t>
      </w:r>
      <w:r w:rsidRPr="008E389B">
        <w:rPr>
          <w:rFonts w:ascii="Lato" w:hAnsi="Lato"/>
          <w:b/>
          <w:bCs/>
          <w:sz w:val="24"/>
          <w:szCs w:val="24"/>
          <w:u w:val="single"/>
        </w:rPr>
        <w:t>Taxis and Car Rentals</w:t>
      </w:r>
      <w:r w:rsidRPr="008E389B">
        <w:rPr>
          <w:rFonts w:ascii="Lato" w:hAnsi="Lato"/>
          <w:sz w:val="24"/>
          <w:szCs w:val="24"/>
        </w:rPr>
        <w:t xml:space="preserve"> expense with a date range of </w:t>
      </w:r>
      <w:r w:rsidRPr="008E389B">
        <w:rPr>
          <w:rFonts w:ascii="Lato" w:hAnsi="Lato"/>
          <w:b/>
          <w:bCs/>
          <w:sz w:val="24"/>
          <w:szCs w:val="24"/>
        </w:rPr>
        <w:t>June 15–19</w:t>
      </w:r>
      <w:r w:rsidRPr="008E389B">
        <w:rPr>
          <w:rFonts w:ascii="Lato" w:hAnsi="Lato"/>
          <w:sz w:val="24"/>
          <w:szCs w:val="24"/>
        </w:rPr>
        <w:t xml:space="preserve"> and a total claimed amount of </w:t>
      </w:r>
      <w:r w:rsidRPr="008E389B">
        <w:rPr>
          <w:rFonts w:ascii="Lato" w:hAnsi="Lato"/>
          <w:b/>
          <w:bCs/>
          <w:sz w:val="24"/>
          <w:szCs w:val="24"/>
        </w:rPr>
        <w:t>$100.00</w:t>
      </w:r>
      <w:r w:rsidRPr="008E389B">
        <w:rPr>
          <w:rFonts w:ascii="Lato" w:hAnsi="Lato"/>
          <w:sz w:val="24"/>
          <w:szCs w:val="24"/>
        </w:rPr>
        <w:t>.</w:t>
      </w:r>
      <w:r>
        <w:rPr>
          <w:rFonts w:ascii="Lato" w:hAnsi="Lato"/>
          <w:sz w:val="24"/>
          <w:szCs w:val="24"/>
        </w:rPr>
        <w:t xml:space="preserve"> </w:t>
      </w:r>
      <w:r w:rsidRPr="00622DBD">
        <w:rPr>
          <w:rFonts w:ascii="Lato" w:hAnsi="Lato"/>
          <w:sz w:val="24"/>
          <w:szCs w:val="24"/>
        </w:rPr>
        <w:t xml:space="preserve">Receipts supporting the expense must be </w:t>
      </w:r>
      <w:r>
        <w:rPr>
          <w:rFonts w:ascii="Lato" w:hAnsi="Lato"/>
          <w:sz w:val="24"/>
          <w:szCs w:val="24"/>
        </w:rPr>
        <w:t>attached with the claim</w:t>
      </w:r>
      <w:r w:rsidRPr="00622DBD">
        <w:rPr>
          <w:rFonts w:ascii="Lato" w:hAnsi="Lato"/>
          <w:sz w:val="24"/>
          <w:szCs w:val="24"/>
        </w:rPr>
        <w:t xml:space="preserve">. Refer to </w:t>
      </w:r>
      <w:r>
        <w:rPr>
          <w:rFonts w:ascii="Lato" w:hAnsi="Lato"/>
          <w:sz w:val="24"/>
          <w:szCs w:val="24"/>
        </w:rPr>
        <w:t xml:space="preserve">the </w:t>
      </w:r>
      <w:r w:rsidRPr="0009355A">
        <w:rPr>
          <w:rFonts w:ascii="Lato" w:hAnsi="Lato"/>
          <w:sz w:val="24"/>
          <w:szCs w:val="24"/>
        </w:rPr>
        <w:t>Supporting Documentation and Submission</w:t>
      </w:r>
      <w:r>
        <w:rPr>
          <w:rFonts w:ascii="Lato" w:hAnsi="Lato"/>
          <w:sz w:val="24"/>
          <w:szCs w:val="24"/>
        </w:rPr>
        <w:t xml:space="preserve"> </w:t>
      </w:r>
      <w:r w:rsidRPr="00622DBD">
        <w:rPr>
          <w:rFonts w:ascii="Lato" w:hAnsi="Lato"/>
          <w:sz w:val="24"/>
          <w:szCs w:val="24"/>
        </w:rPr>
        <w:t>Section of this guide for additional information.</w:t>
      </w:r>
    </w:p>
    <w:p w14:paraId="37D02F0E" w14:textId="77777777" w:rsidR="00657EA8" w:rsidRDefault="00657EA8" w:rsidP="00657EA8">
      <w:pPr>
        <w:spacing w:after="0" w:line="240" w:lineRule="auto"/>
        <w:rPr>
          <w:rFonts w:ascii="Lato" w:hAnsi="Lato"/>
          <w:sz w:val="24"/>
          <w:szCs w:val="24"/>
        </w:rPr>
      </w:pPr>
    </w:p>
    <w:p w14:paraId="48A9F4B1" w14:textId="77777777" w:rsidR="00657EA8" w:rsidRPr="00F1547E" w:rsidRDefault="00657EA8" w:rsidP="00657EA8">
      <w:pPr>
        <w:spacing w:after="0" w:line="240" w:lineRule="auto"/>
        <w:rPr>
          <w:rFonts w:ascii="Lato" w:hAnsi="Lato"/>
          <w:sz w:val="24"/>
          <w:szCs w:val="24"/>
        </w:rPr>
      </w:pPr>
      <w:r w:rsidRPr="00F1547E">
        <w:rPr>
          <w:rFonts w:ascii="Lato" w:hAnsi="Lato"/>
          <w:b/>
          <w:bCs/>
          <w:sz w:val="24"/>
          <w:szCs w:val="24"/>
        </w:rPr>
        <w:t>Please note:</w:t>
      </w:r>
      <w:r w:rsidRPr="00F1547E">
        <w:rPr>
          <w:rFonts w:ascii="Lato" w:hAnsi="Lato"/>
          <w:sz w:val="24"/>
          <w:szCs w:val="24"/>
        </w:rPr>
        <w:t xml:space="preserve"> Receipts are required for most expenses. However, receipts are not required for private </w:t>
      </w:r>
      <w:proofErr w:type="gramStart"/>
      <w:r w:rsidRPr="00F1547E">
        <w:rPr>
          <w:rFonts w:ascii="Lato" w:hAnsi="Lato"/>
          <w:sz w:val="24"/>
          <w:szCs w:val="24"/>
        </w:rPr>
        <w:t>accommodations</w:t>
      </w:r>
      <w:proofErr w:type="gramEnd"/>
      <w:r w:rsidRPr="00F1547E">
        <w:rPr>
          <w:rFonts w:ascii="Lato" w:hAnsi="Lato"/>
          <w:sz w:val="24"/>
          <w:szCs w:val="24"/>
        </w:rPr>
        <w:t>, meal per diems, or private vehicle mileage.</w:t>
      </w:r>
    </w:p>
    <w:p w14:paraId="3B1D0484" w14:textId="77777777" w:rsidR="00657EA8" w:rsidRDefault="00657EA8" w:rsidP="00657EA8">
      <w:pPr>
        <w:spacing w:after="0" w:line="240" w:lineRule="auto"/>
        <w:rPr>
          <w:rFonts w:ascii="Lato" w:hAnsi="Lato"/>
          <w:sz w:val="24"/>
          <w:szCs w:val="24"/>
        </w:rPr>
      </w:pPr>
    </w:p>
    <w:p w14:paraId="63430A1A" w14:textId="77777777" w:rsidR="00657EA8" w:rsidRPr="006B2FA0" w:rsidRDefault="00657EA8" w:rsidP="00657EA8">
      <w:pPr>
        <w:spacing w:after="0" w:line="240" w:lineRule="auto"/>
        <w:rPr>
          <w:rFonts w:ascii="Lato" w:hAnsi="Lato"/>
          <w:sz w:val="24"/>
          <w:szCs w:val="24"/>
        </w:rPr>
      </w:pPr>
      <w:r w:rsidRPr="006B2FA0">
        <w:rPr>
          <w:rFonts w:ascii="Lato" w:hAnsi="Lato"/>
          <w:sz w:val="24"/>
          <w:szCs w:val="24"/>
        </w:rPr>
        <w:t>The total claimed amount is automatically calculated from the amounts entered for each expense type.</w:t>
      </w:r>
    </w:p>
    <w:p w14:paraId="1DE77298" w14:textId="77777777" w:rsidR="00657EA8" w:rsidRPr="0041573F" w:rsidRDefault="00657EA8" w:rsidP="00657EA8">
      <w:pPr>
        <w:spacing w:after="0" w:line="240" w:lineRule="auto"/>
        <w:rPr>
          <w:rFonts w:ascii="Lato" w:hAnsi="Lato"/>
          <w:sz w:val="24"/>
          <w:szCs w:val="24"/>
        </w:rPr>
      </w:pPr>
    </w:p>
    <w:p w14:paraId="53240151" w14:textId="3F6DD89B"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10</w:t>
      </w:r>
    </w:p>
    <w:p w14:paraId="275360EF" w14:textId="77777777" w:rsidR="00657EA8" w:rsidRDefault="00657EA8" w:rsidP="00657EA8">
      <w:pPr>
        <w:spacing w:after="0" w:line="240" w:lineRule="auto"/>
        <w:rPr>
          <w:rFonts w:ascii="Lato" w:hAnsi="Lato"/>
          <w:b/>
          <w:bCs/>
          <w:sz w:val="24"/>
          <w:szCs w:val="24"/>
        </w:rPr>
      </w:pPr>
      <w:r w:rsidRPr="0009355A">
        <w:rPr>
          <w:rFonts w:ascii="Lato" w:hAnsi="Lato"/>
          <w:b/>
          <w:bCs/>
          <w:noProof/>
          <w:sz w:val="24"/>
          <w:szCs w:val="24"/>
        </w:rPr>
        <w:drawing>
          <wp:inline distT="0" distB="0" distL="0" distR="0" wp14:anchorId="2FDFD966" wp14:editId="39A3E10B">
            <wp:extent cx="5943600" cy="1475740"/>
            <wp:effectExtent l="57150" t="38100" r="57150" b="67310"/>
            <wp:docPr id="1111107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07542" name=""/>
                    <pic:cNvPicPr/>
                  </pic:nvPicPr>
                  <pic:blipFill>
                    <a:blip r:embed="rId20"/>
                    <a:stretch>
                      <a:fillRect/>
                    </a:stretch>
                  </pic:blipFill>
                  <pic:spPr>
                    <a:xfrm>
                      <a:off x="0" y="0"/>
                      <a:ext cx="5943600" cy="147574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44BA88DD" w14:textId="77777777" w:rsidR="00657EA8" w:rsidRDefault="00657EA8" w:rsidP="00657EA8">
      <w:pPr>
        <w:spacing w:after="0" w:line="240" w:lineRule="auto"/>
        <w:rPr>
          <w:rFonts w:ascii="Lato" w:hAnsi="Lato"/>
          <w:b/>
          <w:bCs/>
          <w:sz w:val="24"/>
          <w:szCs w:val="24"/>
        </w:rPr>
      </w:pPr>
    </w:p>
    <w:p w14:paraId="43217089" w14:textId="1B94EBCA" w:rsidR="00657EA8" w:rsidRPr="00F1547E" w:rsidRDefault="00657EA8" w:rsidP="00657EA8">
      <w:pPr>
        <w:spacing w:after="0" w:line="240" w:lineRule="auto"/>
        <w:rPr>
          <w:rFonts w:ascii="Lato" w:hAnsi="Lato"/>
          <w:sz w:val="24"/>
          <w:szCs w:val="24"/>
        </w:rPr>
      </w:pPr>
      <w:r w:rsidRPr="00F1547E">
        <w:rPr>
          <w:rFonts w:ascii="Lato" w:hAnsi="Lato"/>
          <w:sz w:val="24"/>
          <w:szCs w:val="24"/>
        </w:rPr>
        <w:t xml:space="preserve">If you are </w:t>
      </w:r>
      <w:r>
        <w:rPr>
          <w:rFonts w:ascii="Lato" w:hAnsi="Lato"/>
          <w:sz w:val="24"/>
          <w:szCs w:val="24"/>
        </w:rPr>
        <w:t xml:space="preserve">also </w:t>
      </w:r>
      <w:r w:rsidRPr="00F1547E">
        <w:rPr>
          <w:rFonts w:ascii="Lato" w:hAnsi="Lato"/>
          <w:sz w:val="24"/>
          <w:szCs w:val="24"/>
        </w:rPr>
        <w:t xml:space="preserve">claiming private vehicle mileage (Picture </w:t>
      </w:r>
      <w:r>
        <w:rPr>
          <w:rFonts w:ascii="Lato" w:hAnsi="Lato"/>
          <w:sz w:val="24"/>
          <w:szCs w:val="24"/>
        </w:rPr>
        <w:t>11</w:t>
      </w:r>
      <w:r w:rsidRPr="00F1547E">
        <w:rPr>
          <w:rFonts w:ascii="Lato" w:hAnsi="Lato"/>
          <w:sz w:val="24"/>
          <w:szCs w:val="24"/>
        </w:rPr>
        <w:t>)</w:t>
      </w:r>
      <w:r>
        <w:rPr>
          <w:rFonts w:ascii="Lato" w:hAnsi="Lato"/>
          <w:sz w:val="24"/>
          <w:szCs w:val="24"/>
        </w:rPr>
        <w:t xml:space="preserve"> for this trip</w:t>
      </w:r>
      <w:r w:rsidRPr="00F1547E">
        <w:rPr>
          <w:rFonts w:ascii="Lato" w:hAnsi="Lato"/>
          <w:sz w:val="24"/>
          <w:szCs w:val="24"/>
        </w:rPr>
        <w:t xml:space="preserve">, </w:t>
      </w:r>
      <w:r>
        <w:rPr>
          <w:rFonts w:ascii="Lato" w:hAnsi="Lato"/>
          <w:sz w:val="24"/>
          <w:szCs w:val="24"/>
        </w:rPr>
        <w:t>you must</w:t>
      </w:r>
      <w:r w:rsidRPr="00F1547E">
        <w:rPr>
          <w:rFonts w:ascii="Lato" w:hAnsi="Lato"/>
          <w:sz w:val="24"/>
          <w:szCs w:val="24"/>
        </w:rPr>
        <w:t xml:space="preserve"> </w:t>
      </w:r>
      <w:r>
        <w:rPr>
          <w:rFonts w:ascii="Lato" w:hAnsi="Lato"/>
          <w:sz w:val="24"/>
          <w:szCs w:val="24"/>
        </w:rPr>
        <w:t>complete</w:t>
      </w:r>
      <w:r w:rsidRPr="00F1547E">
        <w:rPr>
          <w:rFonts w:ascii="Lato" w:hAnsi="Lato"/>
          <w:sz w:val="24"/>
          <w:szCs w:val="24"/>
        </w:rPr>
        <w:t xml:space="preserve"> the Private Vehicle Mileage section. </w:t>
      </w:r>
    </w:p>
    <w:p w14:paraId="74E700F9" w14:textId="77777777" w:rsidR="00657EA8" w:rsidRPr="00F1547E" w:rsidRDefault="00657EA8" w:rsidP="00657EA8">
      <w:pPr>
        <w:spacing w:after="0" w:line="240" w:lineRule="auto"/>
        <w:rPr>
          <w:rFonts w:ascii="Lato" w:hAnsi="Lato"/>
          <w:b/>
          <w:bCs/>
          <w:sz w:val="24"/>
          <w:szCs w:val="24"/>
        </w:rPr>
      </w:pPr>
    </w:p>
    <w:p w14:paraId="5D1D3C0D" w14:textId="50452190" w:rsidR="00657EA8" w:rsidRPr="00214731" w:rsidRDefault="00657EA8" w:rsidP="00657EA8">
      <w:pPr>
        <w:spacing w:after="0" w:line="240" w:lineRule="auto"/>
        <w:rPr>
          <w:rFonts w:ascii="Lato" w:hAnsi="Lato"/>
          <w:sz w:val="24"/>
          <w:szCs w:val="24"/>
        </w:rPr>
      </w:pPr>
      <w:r w:rsidRPr="00214731">
        <w:rPr>
          <w:rFonts w:ascii="Lato" w:hAnsi="Lato"/>
          <w:sz w:val="24"/>
          <w:szCs w:val="24"/>
        </w:rPr>
        <w:t xml:space="preserve">To help calculate the distance travelled, enter the </w:t>
      </w:r>
      <w:r w:rsidRPr="00F1547E">
        <w:rPr>
          <w:rFonts w:ascii="Lato" w:hAnsi="Lato"/>
          <w:b/>
          <w:bCs/>
          <w:sz w:val="24"/>
          <w:szCs w:val="24"/>
          <w:u w:val="single"/>
        </w:rPr>
        <w:t>Starting Location</w:t>
      </w:r>
      <w:r w:rsidRPr="00214731">
        <w:rPr>
          <w:rFonts w:ascii="Lato" w:hAnsi="Lato"/>
          <w:sz w:val="24"/>
          <w:szCs w:val="24"/>
        </w:rPr>
        <w:t xml:space="preserve">, which is typically the patient's community of residence (e.g., Grand Falls-Windsor), and the </w:t>
      </w:r>
      <w:r w:rsidRPr="00F1547E">
        <w:rPr>
          <w:rFonts w:ascii="Lato" w:hAnsi="Lato"/>
          <w:b/>
          <w:bCs/>
          <w:sz w:val="24"/>
          <w:szCs w:val="24"/>
          <w:u w:val="single"/>
        </w:rPr>
        <w:t>Ending Location</w:t>
      </w:r>
      <w:r w:rsidRPr="00214731">
        <w:rPr>
          <w:rFonts w:ascii="Lato" w:hAnsi="Lato"/>
          <w:sz w:val="24"/>
          <w:szCs w:val="24"/>
        </w:rPr>
        <w:t xml:space="preserve"> where the appointment took place. The ending location may be the name of the facility (e.g., </w:t>
      </w:r>
      <w:r w:rsidR="005524E0">
        <w:rPr>
          <w:rFonts w:ascii="Lato" w:hAnsi="Lato"/>
          <w:sz w:val="24"/>
          <w:szCs w:val="24"/>
        </w:rPr>
        <w:t>IWK Health Centre</w:t>
      </w:r>
      <w:r w:rsidRPr="00214731">
        <w:rPr>
          <w:rFonts w:ascii="Lato" w:hAnsi="Lato"/>
          <w:sz w:val="24"/>
          <w:szCs w:val="24"/>
        </w:rPr>
        <w:t xml:space="preserve">) or the city or town where the appointment is </w:t>
      </w:r>
      <w:r w:rsidRPr="00214731">
        <w:rPr>
          <w:rFonts w:ascii="Lato" w:hAnsi="Lato"/>
          <w:sz w:val="24"/>
          <w:szCs w:val="24"/>
        </w:rPr>
        <w:lastRenderedPageBreak/>
        <w:t xml:space="preserve">located (e.g., </w:t>
      </w:r>
      <w:r w:rsidR="005524E0">
        <w:rPr>
          <w:rFonts w:ascii="Lato" w:hAnsi="Lato"/>
          <w:sz w:val="24"/>
          <w:szCs w:val="24"/>
        </w:rPr>
        <w:t>Halifax</w:t>
      </w:r>
      <w:r w:rsidRPr="00214731">
        <w:rPr>
          <w:rFonts w:ascii="Lato" w:hAnsi="Lato"/>
          <w:sz w:val="24"/>
          <w:szCs w:val="24"/>
        </w:rPr>
        <w:t>).</w:t>
      </w:r>
      <w:r>
        <w:rPr>
          <w:rFonts w:ascii="Lato" w:hAnsi="Lato"/>
          <w:sz w:val="24"/>
          <w:szCs w:val="24"/>
        </w:rPr>
        <w:t xml:space="preserve"> </w:t>
      </w:r>
      <w:r w:rsidRPr="00214731">
        <w:rPr>
          <w:rFonts w:ascii="Lato" w:hAnsi="Lato"/>
          <w:sz w:val="24"/>
          <w:szCs w:val="24"/>
        </w:rPr>
        <w:t>Do not include stops along the route unless they relate to another medical appointment.</w:t>
      </w:r>
    </w:p>
    <w:p w14:paraId="4595B8A2" w14:textId="77777777" w:rsidR="00657EA8" w:rsidRDefault="00657EA8" w:rsidP="00657EA8">
      <w:pPr>
        <w:spacing w:after="0" w:line="240" w:lineRule="auto"/>
        <w:rPr>
          <w:rFonts w:ascii="Lato" w:hAnsi="Lato"/>
          <w:b/>
          <w:bCs/>
          <w:sz w:val="24"/>
          <w:szCs w:val="24"/>
        </w:rPr>
      </w:pPr>
    </w:p>
    <w:p w14:paraId="56A19A01" w14:textId="4E642674" w:rsidR="005524E0" w:rsidRDefault="005524E0" w:rsidP="005524E0">
      <w:pPr>
        <w:spacing w:after="0" w:line="240" w:lineRule="auto"/>
        <w:rPr>
          <w:rFonts w:ascii="Lato" w:hAnsi="Lato"/>
          <w:sz w:val="24"/>
          <w:szCs w:val="24"/>
        </w:rPr>
      </w:pPr>
      <w:r w:rsidRPr="00214731">
        <w:rPr>
          <w:rFonts w:ascii="Lato" w:hAnsi="Lato"/>
          <w:b/>
          <w:bCs/>
          <w:sz w:val="24"/>
          <w:szCs w:val="24"/>
        </w:rPr>
        <w:t>Note:</w:t>
      </w:r>
      <w:r w:rsidRPr="00214731">
        <w:rPr>
          <w:rFonts w:ascii="Lato" w:hAnsi="Lato"/>
          <w:sz w:val="24"/>
          <w:szCs w:val="24"/>
        </w:rPr>
        <w:t xml:space="preserve"> Distance calculations are based on community-to-community distances, not specific street addresses. For assistance calculating distance</w:t>
      </w:r>
      <w:r>
        <w:rPr>
          <w:rFonts w:ascii="Lato" w:hAnsi="Lato"/>
          <w:sz w:val="24"/>
          <w:szCs w:val="24"/>
        </w:rPr>
        <w:t>s out-of-province</w:t>
      </w:r>
      <w:r w:rsidRPr="00214731">
        <w:rPr>
          <w:rFonts w:ascii="Lato" w:hAnsi="Lato"/>
          <w:sz w:val="24"/>
          <w:szCs w:val="24"/>
        </w:rPr>
        <w:t>, refer to</w:t>
      </w:r>
      <w:r w:rsidRPr="00E94736">
        <w:rPr>
          <w:rFonts w:ascii="Lato" w:hAnsi="Lato"/>
          <w:sz w:val="24"/>
          <w:szCs w:val="24"/>
        </w:rPr>
        <w:t xml:space="preserve"> </w:t>
      </w:r>
      <w:hyperlink r:id="rId21" w:history="1">
        <w:r w:rsidRPr="00E94736">
          <w:rPr>
            <w:rStyle w:val="Hyperlink"/>
            <w:rFonts w:ascii="Lato" w:hAnsi="Lato"/>
            <w:sz w:val="24"/>
            <w:szCs w:val="24"/>
          </w:rPr>
          <w:t>Google Maps</w:t>
        </w:r>
      </w:hyperlink>
      <w:r w:rsidRPr="00E94736">
        <w:rPr>
          <w:rFonts w:ascii="Lato" w:hAnsi="Lato"/>
          <w:sz w:val="24"/>
          <w:szCs w:val="24"/>
        </w:rPr>
        <w:t xml:space="preserve">. </w:t>
      </w:r>
    </w:p>
    <w:p w14:paraId="6B14AF23" w14:textId="77777777" w:rsidR="00657EA8" w:rsidRDefault="00657EA8" w:rsidP="00657EA8">
      <w:pPr>
        <w:spacing w:after="0" w:line="240" w:lineRule="auto"/>
        <w:rPr>
          <w:rFonts w:ascii="Lato" w:hAnsi="Lato"/>
          <w:sz w:val="24"/>
          <w:szCs w:val="24"/>
        </w:rPr>
      </w:pPr>
    </w:p>
    <w:p w14:paraId="138FCD33" w14:textId="77777777" w:rsidR="00657EA8" w:rsidRPr="00214731" w:rsidRDefault="00657EA8" w:rsidP="00657EA8">
      <w:pPr>
        <w:spacing w:after="0" w:line="240" w:lineRule="auto"/>
        <w:rPr>
          <w:rFonts w:ascii="Lato" w:hAnsi="Lato"/>
          <w:sz w:val="24"/>
          <w:szCs w:val="24"/>
        </w:rPr>
      </w:pPr>
      <w:r>
        <w:rPr>
          <w:rFonts w:ascii="Lato" w:hAnsi="Lato"/>
          <w:sz w:val="24"/>
          <w:szCs w:val="24"/>
        </w:rPr>
        <w:t xml:space="preserve">Under </w:t>
      </w:r>
      <w:r w:rsidRPr="0024324E">
        <w:rPr>
          <w:rFonts w:ascii="Lato" w:hAnsi="Lato"/>
          <w:b/>
          <w:bCs/>
          <w:sz w:val="24"/>
          <w:szCs w:val="24"/>
          <w:u w:val="single"/>
        </w:rPr>
        <w:t>Date(s) of Travel</w:t>
      </w:r>
      <w:r w:rsidRPr="00F1547E">
        <w:rPr>
          <w:rFonts w:ascii="Lato" w:hAnsi="Lato"/>
          <w:sz w:val="24"/>
          <w:szCs w:val="24"/>
        </w:rPr>
        <w:t>,</w:t>
      </w:r>
      <w:r>
        <w:rPr>
          <w:rFonts w:ascii="Lato" w:hAnsi="Lato"/>
          <w:sz w:val="24"/>
          <w:szCs w:val="24"/>
        </w:rPr>
        <w:t xml:space="preserve"> </w:t>
      </w:r>
      <w:r w:rsidRPr="00214731">
        <w:rPr>
          <w:rFonts w:ascii="Lato" w:hAnsi="Lato"/>
          <w:sz w:val="24"/>
          <w:szCs w:val="24"/>
        </w:rPr>
        <w:t>enter the date or dates travelled. For a round trip, this is generally the departure date and return date.</w:t>
      </w:r>
    </w:p>
    <w:p w14:paraId="0EBFDE32" w14:textId="77777777" w:rsidR="00657EA8" w:rsidRDefault="00657EA8" w:rsidP="00657EA8">
      <w:pPr>
        <w:spacing w:after="0" w:line="240" w:lineRule="auto"/>
        <w:rPr>
          <w:rFonts w:ascii="Lato" w:hAnsi="Lato"/>
          <w:sz w:val="24"/>
          <w:szCs w:val="24"/>
        </w:rPr>
      </w:pPr>
    </w:p>
    <w:p w14:paraId="71BBCE45" w14:textId="77777777" w:rsidR="00657EA8" w:rsidRPr="00796ACA" w:rsidRDefault="00657EA8" w:rsidP="00657EA8">
      <w:pPr>
        <w:spacing w:after="0" w:line="240" w:lineRule="auto"/>
        <w:rPr>
          <w:rFonts w:ascii="Lato" w:hAnsi="Lato"/>
          <w:sz w:val="24"/>
          <w:szCs w:val="24"/>
        </w:rPr>
      </w:pPr>
      <w:r>
        <w:rPr>
          <w:rFonts w:ascii="Lato" w:hAnsi="Lato"/>
          <w:sz w:val="24"/>
          <w:szCs w:val="24"/>
        </w:rPr>
        <w:t xml:space="preserve">Under </w:t>
      </w:r>
      <w:r w:rsidRPr="0024324E">
        <w:rPr>
          <w:rFonts w:ascii="Lato" w:hAnsi="Lato"/>
          <w:b/>
          <w:bCs/>
          <w:sz w:val="24"/>
          <w:szCs w:val="24"/>
          <w:u w:val="single"/>
        </w:rPr>
        <w:t>Total Distance</w:t>
      </w:r>
      <w:r>
        <w:rPr>
          <w:rFonts w:ascii="Lato" w:hAnsi="Lato"/>
          <w:sz w:val="24"/>
          <w:szCs w:val="24"/>
        </w:rPr>
        <w:t xml:space="preserve">, </w:t>
      </w:r>
      <w:r w:rsidRPr="00796ACA">
        <w:rPr>
          <w:rFonts w:ascii="Lato" w:hAnsi="Lato"/>
          <w:sz w:val="24"/>
          <w:szCs w:val="24"/>
        </w:rPr>
        <w:t xml:space="preserve">enter the total </w:t>
      </w:r>
      <w:proofErr w:type="spellStart"/>
      <w:r w:rsidRPr="00796ACA">
        <w:rPr>
          <w:rFonts w:ascii="Lato" w:hAnsi="Lato"/>
          <w:sz w:val="24"/>
          <w:szCs w:val="24"/>
        </w:rPr>
        <w:t>kilometres</w:t>
      </w:r>
      <w:proofErr w:type="spellEnd"/>
      <w:r>
        <w:rPr>
          <w:rFonts w:ascii="Lato" w:hAnsi="Lato"/>
          <w:sz w:val="24"/>
          <w:szCs w:val="24"/>
        </w:rPr>
        <w:t xml:space="preserve"> travelled</w:t>
      </w:r>
      <w:r w:rsidRPr="00796ACA">
        <w:rPr>
          <w:rFonts w:ascii="Lato" w:hAnsi="Lato"/>
          <w:sz w:val="24"/>
          <w:szCs w:val="24"/>
        </w:rPr>
        <w:t xml:space="preserve">. If </w:t>
      </w:r>
      <w:r w:rsidRPr="00796ACA">
        <w:rPr>
          <w:rFonts w:ascii="Lato" w:hAnsi="Lato"/>
          <w:b/>
          <w:bCs/>
          <w:sz w:val="24"/>
          <w:szCs w:val="24"/>
          <w:u w:val="single"/>
        </w:rPr>
        <w:t>Round Trip</w:t>
      </w:r>
      <w:r>
        <w:rPr>
          <w:rFonts w:ascii="Lato" w:hAnsi="Lato"/>
          <w:b/>
          <w:bCs/>
          <w:sz w:val="24"/>
          <w:szCs w:val="24"/>
          <w:u w:val="single"/>
        </w:rPr>
        <w:t xml:space="preserve"> </w:t>
      </w:r>
      <w:r w:rsidRPr="00796ACA">
        <w:rPr>
          <w:rFonts w:ascii="Lato" w:hAnsi="Lato"/>
          <w:sz w:val="24"/>
          <w:szCs w:val="24"/>
        </w:rPr>
        <w:t xml:space="preserve">is selected, include both the trip to the appointment and the return trip in </w:t>
      </w:r>
      <w:proofErr w:type="gramStart"/>
      <w:r w:rsidRPr="00796ACA">
        <w:rPr>
          <w:rFonts w:ascii="Lato" w:hAnsi="Lato"/>
          <w:sz w:val="24"/>
          <w:szCs w:val="24"/>
        </w:rPr>
        <w:t>the total</w:t>
      </w:r>
      <w:proofErr w:type="gramEnd"/>
      <w:r w:rsidRPr="00796ACA">
        <w:rPr>
          <w:rFonts w:ascii="Lato" w:hAnsi="Lato"/>
          <w:sz w:val="24"/>
          <w:szCs w:val="24"/>
        </w:rPr>
        <w:t xml:space="preserve"> distance.</w:t>
      </w:r>
    </w:p>
    <w:p w14:paraId="4CE5306A" w14:textId="77777777" w:rsidR="00657EA8" w:rsidRDefault="00657EA8" w:rsidP="00657EA8">
      <w:pPr>
        <w:spacing w:after="0" w:line="240" w:lineRule="auto"/>
        <w:rPr>
          <w:rFonts w:ascii="Lato" w:hAnsi="Lato"/>
          <w:sz w:val="24"/>
          <w:szCs w:val="24"/>
        </w:rPr>
      </w:pPr>
    </w:p>
    <w:p w14:paraId="301E4500" w14:textId="3D89A2D3" w:rsidR="005524E0" w:rsidRDefault="005524E0" w:rsidP="005524E0">
      <w:pPr>
        <w:spacing w:after="0" w:line="240" w:lineRule="auto"/>
        <w:rPr>
          <w:rFonts w:ascii="Lato" w:hAnsi="Lato"/>
          <w:sz w:val="24"/>
          <w:szCs w:val="24"/>
        </w:rPr>
      </w:pPr>
      <w:r>
        <w:rPr>
          <w:rFonts w:ascii="Lato" w:hAnsi="Lato"/>
          <w:sz w:val="24"/>
          <w:szCs w:val="24"/>
        </w:rPr>
        <w:t xml:space="preserve">As an example, if the patient travelled from </w:t>
      </w:r>
      <w:r w:rsidRPr="00214731">
        <w:rPr>
          <w:rFonts w:ascii="Lato" w:hAnsi="Lato"/>
          <w:sz w:val="24"/>
          <w:szCs w:val="24"/>
        </w:rPr>
        <w:t>Grand Falls-Windsor</w:t>
      </w:r>
      <w:r>
        <w:rPr>
          <w:rFonts w:ascii="Lato" w:hAnsi="Lato"/>
          <w:sz w:val="24"/>
          <w:szCs w:val="24"/>
        </w:rPr>
        <w:t xml:space="preserve"> to Halifax on May 5 and returned on May 10, you would enter: “</w:t>
      </w:r>
      <w:r w:rsidRPr="00214731">
        <w:rPr>
          <w:rFonts w:ascii="Lato" w:hAnsi="Lato"/>
          <w:sz w:val="24"/>
          <w:szCs w:val="24"/>
        </w:rPr>
        <w:t>Grand Falls-Windsor</w:t>
      </w:r>
      <w:r>
        <w:rPr>
          <w:rFonts w:ascii="Lato" w:hAnsi="Lato"/>
          <w:sz w:val="24"/>
          <w:szCs w:val="24"/>
        </w:rPr>
        <w:t>” as the starting location, “Halifax” as the ending location, “May 5 / May 10” for dates of travel, “</w:t>
      </w:r>
      <w:r>
        <w:rPr>
          <w:rFonts w:ascii="Lato" w:hAnsi="Lato"/>
          <w:sz w:val="24"/>
          <w:szCs w:val="24"/>
        </w:rPr>
        <w:sym w:font="Wingdings" w:char="F0FC"/>
      </w:r>
      <w:r>
        <w:rPr>
          <w:rFonts w:ascii="Lato" w:hAnsi="Lato"/>
          <w:sz w:val="24"/>
          <w:szCs w:val="24"/>
        </w:rPr>
        <w:t xml:space="preserve">” for round trip and “2,310” as the </w:t>
      </w:r>
      <w:proofErr w:type="spellStart"/>
      <w:r>
        <w:rPr>
          <w:rFonts w:ascii="Lato" w:hAnsi="Lato"/>
          <w:sz w:val="24"/>
          <w:szCs w:val="24"/>
        </w:rPr>
        <w:t>kilometres</w:t>
      </w:r>
      <w:proofErr w:type="spellEnd"/>
      <w:r>
        <w:rPr>
          <w:rFonts w:ascii="Lato" w:hAnsi="Lato"/>
          <w:sz w:val="24"/>
          <w:szCs w:val="24"/>
        </w:rPr>
        <w:t xml:space="preserve"> driven.</w:t>
      </w:r>
    </w:p>
    <w:p w14:paraId="6894EBC2" w14:textId="77777777" w:rsidR="0074578A" w:rsidRDefault="0074578A" w:rsidP="00657EA8">
      <w:pPr>
        <w:spacing w:after="0" w:line="240" w:lineRule="auto"/>
        <w:rPr>
          <w:rFonts w:ascii="Lato" w:hAnsi="Lato"/>
          <w:b/>
          <w:bCs/>
          <w:sz w:val="24"/>
          <w:szCs w:val="24"/>
        </w:rPr>
      </w:pPr>
    </w:p>
    <w:p w14:paraId="39B65F58" w14:textId="2090A84A"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sidR="0074578A">
        <w:rPr>
          <w:rFonts w:ascii="Lato" w:hAnsi="Lato"/>
          <w:b/>
          <w:bCs/>
          <w:sz w:val="24"/>
          <w:szCs w:val="24"/>
        </w:rPr>
        <w:t>11</w:t>
      </w:r>
    </w:p>
    <w:p w14:paraId="24748864" w14:textId="77777777" w:rsidR="00657EA8" w:rsidRDefault="00657EA8" w:rsidP="00657EA8">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5EFD254E" wp14:editId="308D1806">
            <wp:extent cx="5943600" cy="1101090"/>
            <wp:effectExtent l="57150" t="38100" r="57150" b="80010"/>
            <wp:docPr id="344340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40718" name=""/>
                    <pic:cNvPicPr/>
                  </pic:nvPicPr>
                  <pic:blipFill>
                    <a:blip r:embed="rId22"/>
                    <a:stretch>
                      <a:fillRect/>
                    </a:stretch>
                  </pic:blipFill>
                  <pic:spPr>
                    <a:xfrm>
                      <a:off x="0" y="0"/>
                      <a:ext cx="5943600" cy="1101090"/>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25A11A81" w14:textId="77777777" w:rsidR="00657EA8" w:rsidRDefault="00657EA8" w:rsidP="00657EA8">
      <w:pPr>
        <w:spacing w:after="0" w:line="240" w:lineRule="auto"/>
        <w:rPr>
          <w:rFonts w:ascii="Lato" w:hAnsi="Lato"/>
          <w:b/>
          <w:bCs/>
          <w:sz w:val="24"/>
          <w:szCs w:val="24"/>
        </w:rPr>
      </w:pPr>
    </w:p>
    <w:p w14:paraId="308286DA" w14:textId="1C0711A3" w:rsidR="00657EA8" w:rsidRPr="00FC004A" w:rsidRDefault="00657EA8" w:rsidP="00657EA8">
      <w:pPr>
        <w:pStyle w:val="Heading1"/>
        <w:pBdr>
          <w:bottom w:val="single" w:sz="4" w:space="1" w:color="auto"/>
        </w:pBdr>
        <w:spacing w:before="0" w:line="240" w:lineRule="auto"/>
        <w:rPr>
          <w:rFonts w:ascii="Lato" w:hAnsi="Lato"/>
          <w:color w:val="253746"/>
        </w:rPr>
      </w:pPr>
      <w:r w:rsidRPr="00FC004A">
        <w:rPr>
          <w:rFonts w:ascii="Lato" w:hAnsi="Lato"/>
          <w:color w:val="253746"/>
        </w:rPr>
        <w:t xml:space="preserve">Section </w:t>
      </w:r>
      <w:r>
        <w:rPr>
          <w:rFonts w:ascii="Lato" w:hAnsi="Lato"/>
          <w:color w:val="253746"/>
        </w:rPr>
        <w:t>6</w:t>
      </w:r>
      <w:r w:rsidRPr="00FC004A">
        <w:rPr>
          <w:rFonts w:ascii="Lato" w:hAnsi="Lato"/>
          <w:color w:val="253746"/>
        </w:rPr>
        <w:t xml:space="preserve">: </w:t>
      </w:r>
      <w:r>
        <w:rPr>
          <w:rFonts w:ascii="Lato" w:hAnsi="Lato"/>
          <w:color w:val="253746"/>
        </w:rPr>
        <w:t>Supporting Documentation</w:t>
      </w:r>
    </w:p>
    <w:p w14:paraId="1A7C37AF" w14:textId="77777777" w:rsidR="00657EA8" w:rsidRDefault="00657EA8" w:rsidP="00657EA8">
      <w:pPr>
        <w:spacing w:after="0" w:line="240" w:lineRule="auto"/>
        <w:rPr>
          <w:rFonts w:ascii="Lato" w:hAnsi="Lato"/>
          <w:sz w:val="24"/>
          <w:szCs w:val="24"/>
        </w:rPr>
      </w:pPr>
    </w:p>
    <w:p w14:paraId="2A70E9ED" w14:textId="1B505458" w:rsidR="00657EA8" w:rsidRDefault="00657EA8" w:rsidP="00657EA8">
      <w:pPr>
        <w:spacing w:after="0" w:line="240" w:lineRule="auto"/>
        <w:rPr>
          <w:rFonts w:ascii="Lato" w:hAnsi="Lato"/>
          <w:sz w:val="24"/>
          <w:szCs w:val="24"/>
        </w:rPr>
      </w:pPr>
      <w:r w:rsidRPr="001213EC">
        <w:rPr>
          <w:rFonts w:ascii="Lato" w:hAnsi="Lato"/>
          <w:sz w:val="24"/>
          <w:szCs w:val="24"/>
        </w:rPr>
        <w:t>The supporting documentation</w:t>
      </w:r>
      <w:r>
        <w:rPr>
          <w:rFonts w:ascii="Lato" w:hAnsi="Lato"/>
          <w:sz w:val="24"/>
          <w:szCs w:val="24"/>
        </w:rPr>
        <w:t xml:space="preserve"> </w:t>
      </w:r>
      <w:r w:rsidRPr="001213EC">
        <w:rPr>
          <w:rFonts w:ascii="Lato" w:hAnsi="Lato"/>
          <w:sz w:val="24"/>
          <w:szCs w:val="24"/>
        </w:rPr>
        <w:t>checklist</w:t>
      </w:r>
      <w:r>
        <w:rPr>
          <w:rFonts w:ascii="Lato" w:hAnsi="Lato"/>
          <w:sz w:val="24"/>
          <w:szCs w:val="24"/>
        </w:rPr>
        <w:t xml:space="preserve"> (Picture 1</w:t>
      </w:r>
      <w:r w:rsidR="0074578A">
        <w:rPr>
          <w:rFonts w:ascii="Lato" w:hAnsi="Lato"/>
          <w:sz w:val="24"/>
          <w:szCs w:val="24"/>
        </w:rPr>
        <w:t>2</w:t>
      </w:r>
      <w:r>
        <w:rPr>
          <w:rFonts w:ascii="Lato" w:hAnsi="Lato"/>
          <w:sz w:val="24"/>
          <w:szCs w:val="24"/>
        </w:rPr>
        <w:t>)</w:t>
      </w:r>
      <w:r w:rsidRPr="001213EC">
        <w:rPr>
          <w:rFonts w:ascii="Lato" w:hAnsi="Lato"/>
          <w:sz w:val="24"/>
          <w:szCs w:val="24"/>
        </w:rPr>
        <w:t xml:space="preserve"> </w:t>
      </w:r>
      <w:r>
        <w:rPr>
          <w:rFonts w:ascii="Lato" w:hAnsi="Lato"/>
          <w:sz w:val="24"/>
          <w:szCs w:val="24"/>
        </w:rPr>
        <w:t>reminds</w:t>
      </w:r>
      <w:r w:rsidRPr="001213EC">
        <w:rPr>
          <w:rFonts w:ascii="Lato" w:hAnsi="Lato"/>
          <w:sz w:val="24"/>
          <w:szCs w:val="24"/>
        </w:rPr>
        <w:t xml:space="preserve"> you </w:t>
      </w:r>
      <w:r>
        <w:rPr>
          <w:rFonts w:ascii="Lato" w:hAnsi="Lato"/>
          <w:sz w:val="24"/>
          <w:szCs w:val="24"/>
        </w:rPr>
        <w:t xml:space="preserve">of </w:t>
      </w:r>
      <w:r w:rsidRPr="001213EC">
        <w:rPr>
          <w:rFonts w:ascii="Lato" w:hAnsi="Lato"/>
          <w:sz w:val="24"/>
          <w:szCs w:val="24"/>
        </w:rPr>
        <w:t xml:space="preserve">what is needed to complete </w:t>
      </w:r>
      <w:r>
        <w:rPr>
          <w:rFonts w:ascii="Lato" w:hAnsi="Lato"/>
          <w:sz w:val="24"/>
          <w:szCs w:val="24"/>
        </w:rPr>
        <w:t>your</w:t>
      </w:r>
      <w:r w:rsidRPr="001213EC">
        <w:rPr>
          <w:rFonts w:ascii="Lato" w:hAnsi="Lato"/>
          <w:sz w:val="24"/>
          <w:szCs w:val="24"/>
        </w:rPr>
        <w:t xml:space="preserve"> request.</w:t>
      </w:r>
      <w:r>
        <w:rPr>
          <w:rFonts w:ascii="Lato" w:hAnsi="Lato"/>
          <w:sz w:val="24"/>
          <w:szCs w:val="24"/>
        </w:rPr>
        <w:t xml:space="preserve"> </w:t>
      </w:r>
    </w:p>
    <w:p w14:paraId="48CAE929" w14:textId="77777777" w:rsidR="00657EA8" w:rsidRDefault="00657EA8" w:rsidP="00657EA8">
      <w:pPr>
        <w:spacing w:after="0" w:line="240" w:lineRule="auto"/>
        <w:rPr>
          <w:rFonts w:ascii="Lato" w:hAnsi="Lato"/>
          <w:sz w:val="24"/>
          <w:szCs w:val="24"/>
        </w:rPr>
      </w:pPr>
    </w:p>
    <w:p w14:paraId="2B5FAF59" w14:textId="37787026"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w:t>
      </w:r>
      <w:r w:rsidR="0074578A">
        <w:rPr>
          <w:rFonts w:ascii="Lato" w:hAnsi="Lato"/>
          <w:b/>
          <w:bCs/>
          <w:sz w:val="24"/>
          <w:szCs w:val="24"/>
        </w:rPr>
        <w:t>2</w:t>
      </w:r>
    </w:p>
    <w:p w14:paraId="6ECFA548" w14:textId="498E722C" w:rsidR="0074578A" w:rsidRDefault="0074578A" w:rsidP="00657EA8">
      <w:pPr>
        <w:spacing w:after="0" w:line="240" w:lineRule="auto"/>
        <w:rPr>
          <w:rFonts w:ascii="Lato" w:hAnsi="Lato"/>
          <w:b/>
          <w:bCs/>
          <w:sz w:val="24"/>
          <w:szCs w:val="24"/>
        </w:rPr>
      </w:pPr>
      <w:r w:rsidRPr="0074578A">
        <w:rPr>
          <w:rFonts w:ascii="Lato" w:hAnsi="Lato"/>
          <w:b/>
          <w:bCs/>
          <w:noProof/>
          <w:sz w:val="24"/>
          <w:szCs w:val="24"/>
        </w:rPr>
        <w:drawing>
          <wp:inline distT="0" distB="0" distL="0" distR="0" wp14:anchorId="78BEE39D" wp14:editId="71B1B8EF">
            <wp:extent cx="5943600" cy="1529715"/>
            <wp:effectExtent l="57150" t="38100" r="57150" b="70485"/>
            <wp:docPr id="8447945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94550" name=""/>
                    <pic:cNvPicPr/>
                  </pic:nvPicPr>
                  <pic:blipFill>
                    <a:blip r:embed="rId23"/>
                    <a:stretch>
                      <a:fillRect/>
                    </a:stretch>
                  </pic:blipFill>
                  <pic:spPr>
                    <a:xfrm>
                      <a:off x="0" y="0"/>
                      <a:ext cx="5943600" cy="1529715"/>
                    </a:xfrm>
                    <a:prstGeom prst="rect">
                      <a:avLst/>
                    </a:prstGeom>
                    <a:noFill/>
                    <a:ln w="12700">
                      <a:noFill/>
                    </a:ln>
                    <a:effectLst>
                      <a:outerShdw blurRad="54991" dist="17780" dir="5400000" algn="ctr" rotWithShape="0">
                        <a:schemeClr val="tx1">
                          <a:alpha val="40000"/>
                        </a:schemeClr>
                      </a:outerShdw>
                    </a:effectLst>
                  </pic:spPr>
                </pic:pic>
              </a:graphicData>
            </a:graphic>
          </wp:inline>
        </w:drawing>
      </w:r>
    </w:p>
    <w:p w14:paraId="19B4048A" w14:textId="77777777" w:rsidR="00657EA8" w:rsidRDefault="00657EA8" w:rsidP="00657EA8">
      <w:pPr>
        <w:spacing w:after="0" w:line="240" w:lineRule="auto"/>
        <w:rPr>
          <w:rFonts w:ascii="Lato" w:hAnsi="Lato"/>
          <w:sz w:val="24"/>
          <w:szCs w:val="24"/>
        </w:rPr>
      </w:pPr>
    </w:p>
    <w:p w14:paraId="2A1EDDB4" w14:textId="2C1E6FB1" w:rsidR="00657EA8" w:rsidRDefault="00657EA8" w:rsidP="00657EA8">
      <w:pPr>
        <w:spacing w:after="0" w:line="240" w:lineRule="auto"/>
        <w:rPr>
          <w:rFonts w:ascii="Lato" w:hAnsi="Lato"/>
          <w:sz w:val="24"/>
          <w:szCs w:val="24"/>
        </w:rPr>
      </w:pPr>
      <w:r>
        <w:rPr>
          <w:rFonts w:ascii="Lato" w:hAnsi="Lato"/>
          <w:sz w:val="24"/>
          <w:szCs w:val="24"/>
        </w:rPr>
        <w:t xml:space="preserve">Supporting documentation should be submitted by email along with your </w:t>
      </w:r>
      <w:r w:rsidR="00C94A3F">
        <w:rPr>
          <w:rFonts w:ascii="Lato" w:hAnsi="Lato"/>
          <w:sz w:val="24"/>
          <w:szCs w:val="24"/>
        </w:rPr>
        <w:t>claim</w:t>
      </w:r>
      <w:r>
        <w:rPr>
          <w:rFonts w:ascii="Lato" w:hAnsi="Lato"/>
          <w:sz w:val="24"/>
          <w:szCs w:val="24"/>
        </w:rPr>
        <w:t>.</w:t>
      </w:r>
    </w:p>
    <w:p w14:paraId="1CD71C8D" w14:textId="0DBB410A" w:rsidR="00C94A3F" w:rsidRDefault="00C94A3F">
      <w:pPr>
        <w:rPr>
          <w:rFonts w:ascii="Lato" w:hAnsi="Lato"/>
          <w:sz w:val="24"/>
          <w:szCs w:val="24"/>
        </w:rPr>
      </w:pPr>
      <w:r>
        <w:rPr>
          <w:rFonts w:ascii="Lato" w:hAnsi="Lato"/>
          <w:sz w:val="24"/>
          <w:szCs w:val="24"/>
        </w:rPr>
        <w:br w:type="page"/>
      </w:r>
    </w:p>
    <w:p w14:paraId="036F1DA0" w14:textId="62F60B8A" w:rsidR="00657EA8" w:rsidRPr="00FC004A" w:rsidRDefault="00657EA8" w:rsidP="00657EA8">
      <w:pPr>
        <w:pStyle w:val="Heading1"/>
        <w:pBdr>
          <w:bottom w:val="single" w:sz="4" w:space="1" w:color="auto"/>
        </w:pBdr>
        <w:spacing w:before="0" w:line="240" w:lineRule="auto"/>
        <w:rPr>
          <w:rFonts w:ascii="Lato" w:hAnsi="Lato"/>
        </w:rPr>
      </w:pPr>
      <w:r w:rsidRPr="00FC004A">
        <w:rPr>
          <w:rFonts w:ascii="Lato" w:hAnsi="Lato"/>
          <w:color w:val="253746"/>
        </w:rPr>
        <w:lastRenderedPageBreak/>
        <w:t xml:space="preserve">Section </w:t>
      </w:r>
      <w:r>
        <w:rPr>
          <w:rFonts w:ascii="Lato" w:hAnsi="Lato"/>
          <w:color w:val="253746"/>
        </w:rPr>
        <w:t>7</w:t>
      </w:r>
      <w:r w:rsidRPr="00FC004A">
        <w:rPr>
          <w:rFonts w:ascii="Lato" w:hAnsi="Lato"/>
          <w:color w:val="253746"/>
        </w:rPr>
        <w:t>: Declaration and Submission</w:t>
      </w:r>
    </w:p>
    <w:p w14:paraId="58D032C7" w14:textId="77777777" w:rsidR="00657EA8" w:rsidRDefault="00657EA8" w:rsidP="00657EA8">
      <w:pPr>
        <w:spacing w:after="0" w:line="240" w:lineRule="auto"/>
        <w:rPr>
          <w:rFonts w:ascii="Lato" w:hAnsi="Lato"/>
          <w:sz w:val="24"/>
          <w:szCs w:val="24"/>
        </w:rPr>
      </w:pPr>
    </w:p>
    <w:p w14:paraId="4638EA36" w14:textId="761C38C2" w:rsidR="00657EA8" w:rsidRDefault="00657EA8" w:rsidP="00657EA8">
      <w:pPr>
        <w:spacing w:after="0" w:line="240" w:lineRule="auto"/>
        <w:rPr>
          <w:rFonts w:ascii="Lato" w:hAnsi="Lato"/>
          <w:sz w:val="24"/>
          <w:szCs w:val="24"/>
        </w:rPr>
      </w:pPr>
      <w:r w:rsidRPr="001213EC">
        <w:rPr>
          <w:rFonts w:ascii="Lato" w:hAnsi="Lato"/>
          <w:sz w:val="24"/>
          <w:szCs w:val="24"/>
        </w:rPr>
        <w:t xml:space="preserve">This section </w:t>
      </w:r>
      <w:r>
        <w:rPr>
          <w:rFonts w:ascii="Lato" w:hAnsi="Lato"/>
          <w:sz w:val="24"/>
          <w:szCs w:val="24"/>
        </w:rPr>
        <w:t>(Picture 1</w:t>
      </w:r>
      <w:r w:rsidR="0074578A">
        <w:rPr>
          <w:rFonts w:ascii="Lato" w:hAnsi="Lato"/>
          <w:sz w:val="24"/>
          <w:szCs w:val="24"/>
        </w:rPr>
        <w:t>3</w:t>
      </w:r>
      <w:r>
        <w:rPr>
          <w:rFonts w:ascii="Lato" w:hAnsi="Lato"/>
          <w:sz w:val="24"/>
          <w:szCs w:val="24"/>
        </w:rPr>
        <w:t>) contains</w:t>
      </w:r>
      <w:r w:rsidRPr="001213EC">
        <w:rPr>
          <w:rFonts w:ascii="Lato" w:hAnsi="Lato"/>
          <w:sz w:val="24"/>
          <w:szCs w:val="24"/>
        </w:rPr>
        <w:t xml:space="preserve"> the privacy rules and terms you need to follow for the </w:t>
      </w:r>
      <w:r w:rsidR="00C94A3F">
        <w:rPr>
          <w:rFonts w:ascii="Lato" w:hAnsi="Lato"/>
          <w:sz w:val="24"/>
          <w:szCs w:val="24"/>
        </w:rPr>
        <w:t xml:space="preserve">MTAP </w:t>
      </w:r>
      <w:r w:rsidR="00C94A3F" w:rsidRPr="00EB54DF">
        <w:rPr>
          <w:rFonts w:ascii="Lato" w:hAnsi="Lato"/>
          <w:sz w:val="24"/>
          <w:szCs w:val="24"/>
        </w:rPr>
        <w:t>Out-of-Province Medical Transportation Claim - Flights and Other Travel Costs</w:t>
      </w:r>
      <w:r w:rsidR="00C94A3F" w:rsidRPr="001213EC">
        <w:rPr>
          <w:rFonts w:ascii="Lato" w:hAnsi="Lato"/>
          <w:sz w:val="24"/>
          <w:szCs w:val="24"/>
        </w:rPr>
        <w:t xml:space="preserve">. </w:t>
      </w:r>
      <w:r w:rsidRPr="001213EC">
        <w:rPr>
          <w:rFonts w:ascii="Lato" w:hAnsi="Lato"/>
          <w:sz w:val="24"/>
          <w:szCs w:val="24"/>
        </w:rPr>
        <w:t xml:space="preserve">Read them carefully; </w:t>
      </w:r>
      <w:r>
        <w:rPr>
          <w:rFonts w:ascii="Lato" w:hAnsi="Lato"/>
          <w:sz w:val="24"/>
          <w:szCs w:val="24"/>
        </w:rPr>
        <w:t xml:space="preserve">by signing, </w:t>
      </w:r>
      <w:r w:rsidRPr="001213EC">
        <w:rPr>
          <w:rFonts w:ascii="Lato" w:hAnsi="Lato"/>
          <w:sz w:val="24"/>
          <w:szCs w:val="24"/>
        </w:rPr>
        <w:t>you agree to the privacy statement</w:t>
      </w:r>
      <w:r>
        <w:rPr>
          <w:rFonts w:ascii="Lato" w:hAnsi="Lato"/>
          <w:sz w:val="24"/>
          <w:szCs w:val="24"/>
        </w:rPr>
        <w:t xml:space="preserve"> and terms presented. </w:t>
      </w:r>
      <w:r w:rsidRPr="001213EC">
        <w:rPr>
          <w:rFonts w:ascii="Lato" w:hAnsi="Lato"/>
          <w:sz w:val="24"/>
          <w:szCs w:val="24"/>
        </w:rPr>
        <w:t xml:space="preserve"> </w:t>
      </w:r>
    </w:p>
    <w:p w14:paraId="00240D2D" w14:textId="77777777" w:rsidR="0074578A" w:rsidRDefault="0074578A" w:rsidP="00657EA8">
      <w:pPr>
        <w:spacing w:after="0" w:line="240" w:lineRule="auto"/>
        <w:rPr>
          <w:rFonts w:ascii="Lato" w:hAnsi="Lato"/>
          <w:b/>
          <w:bCs/>
          <w:sz w:val="24"/>
          <w:szCs w:val="24"/>
        </w:rPr>
      </w:pPr>
    </w:p>
    <w:p w14:paraId="3E174396" w14:textId="0860AEF1" w:rsidR="00657EA8" w:rsidRDefault="00657EA8" w:rsidP="00657EA8">
      <w:pPr>
        <w:spacing w:after="0" w:line="240" w:lineRule="auto"/>
        <w:rPr>
          <w:rFonts w:ascii="Lato" w:hAnsi="Lato"/>
          <w:b/>
          <w:bCs/>
          <w:sz w:val="24"/>
          <w:szCs w:val="24"/>
        </w:rPr>
      </w:pPr>
      <w:r w:rsidRPr="00945DFB">
        <w:rPr>
          <w:rFonts w:ascii="Lato" w:hAnsi="Lato"/>
          <w:b/>
          <w:bCs/>
          <w:sz w:val="24"/>
          <w:szCs w:val="24"/>
        </w:rPr>
        <w:t xml:space="preserve">Picture </w:t>
      </w:r>
      <w:r>
        <w:rPr>
          <w:rFonts w:ascii="Lato" w:hAnsi="Lato"/>
          <w:b/>
          <w:bCs/>
          <w:sz w:val="24"/>
          <w:szCs w:val="24"/>
        </w:rPr>
        <w:t>1</w:t>
      </w:r>
      <w:r w:rsidR="0074578A">
        <w:rPr>
          <w:rFonts w:ascii="Lato" w:hAnsi="Lato"/>
          <w:b/>
          <w:bCs/>
          <w:sz w:val="24"/>
          <w:szCs w:val="24"/>
        </w:rPr>
        <w:t>3</w:t>
      </w:r>
    </w:p>
    <w:p w14:paraId="1D88B1A1" w14:textId="6CE93CB6" w:rsidR="00657EA8" w:rsidRDefault="00657EA8" w:rsidP="00657EA8">
      <w:pPr>
        <w:spacing w:after="0" w:line="240" w:lineRule="auto"/>
        <w:rPr>
          <w:rFonts w:ascii="Lato" w:hAnsi="Lato"/>
          <w:b/>
          <w:bCs/>
          <w:sz w:val="24"/>
          <w:szCs w:val="24"/>
        </w:rPr>
      </w:pPr>
      <w:r w:rsidRPr="000C28E6">
        <w:rPr>
          <w:rFonts w:ascii="Lato" w:hAnsi="Lato"/>
          <w:b/>
          <w:bCs/>
          <w:noProof/>
          <w:sz w:val="24"/>
          <w:szCs w:val="24"/>
        </w:rPr>
        <w:drawing>
          <wp:inline distT="0" distB="0" distL="0" distR="0" wp14:anchorId="0504E98C" wp14:editId="0C9FE38C">
            <wp:extent cx="5943600" cy="1905000"/>
            <wp:effectExtent l="57150" t="38100" r="57150" b="76200"/>
            <wp:docPr id="549552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52121" name=""/>
                    <pic:cNvPicPr/>
                  </pic:nvPicPr>
                  <pic:blipFill rotWithShape="1">
                    <a:blip r:embed="rId24"/>
                    <a:srcRect b="18301"/>
                    <a:stretch>
                      <a:fillRect/>
                    </a:stretch>
                  </pic:blipFill>
                  <pic:spPr bwMode="auto">
                    <a:xfrm>
                      <a:off x="0" y="0"/>
                      <a:ext cx="5943600" cy="1905000"/>
                    </a:xfrm>
                    <a:prstGeom prst="rect">
                      <a:avLst/>
                    </a:prstGeom>
                    <a:noFill/>
                    <a:ln>
                      <a:noFill/>
                    </a:ln>
                    <a:effectLst>
                      <a:outerShdw blurRad="54991" dist="17780" dir="5400000" algn="ctr" rotWithShape="0">
                        <a:sysClr val="windowText" lastClr="000000">
                          <a:alpha val="40000"/>
                        </a:sysClr>
                      </a:outerShdw>
                    </a:effectLst>
                    <a:extLst>
                      <a:ext uri="{53640926-AAD7-44D8-BBD7-CCE9431645EC}">
                        <a14:shadowObscured xmlns:a14="http://schemas.microsoft.com/office/drawing/2010/main"/>
                      </a:ext>
                    </a:extLst>
                  </pic:spPr>
                </pic:pic>
              </a:graphicData>
            </a:graphic>
          </wp:inline>
        </w:drawing>
      </w:r>
    </w:p>
    <w:p w14:paraId="201322B1" w14:textId="77777777" w:rsidR="00657EA8" w:rsidRDefault="00657EA8" w:rsidP="00657EA8">
      <w:pPr>
        <w:spacing w:after="0" w:line="240" w:lineRule="auto"/>
        <w:rPr>
          <w:rFonts w:ascii="Lato" w:hAnsi="Lato"/>
          <w:sz w:val="24"/>
          <w:szCs w:val="24"/>
        </w:rPr>
      </w:pPr>
    </w:p>
    <w:p w14:paraId="1926926E" w14:textId="40B64D12" w:rsidR="00657EA8" w:rsidRPr="003F74E5" w:rsidRDefault="00657EA8" w:rsidP="00657EA8">
      <w:pPr>
        <w:spacing w:after="0" w:line="240" w:lineRule="auto"/>
        <w:rPr>
          <w:rFonts w:ascii="Lato" w:hAnsi="Lato"/>
          <w:sz w:val="24"/>
          <w:szCs w:val="24"/>
        </w:rPr>
      </w:pPr>
      <w:r w:rsidRPr="003F74E5">
        <w:rPr>
          <w:rFonts w:ascii="Lato" w:hAnsi="Lato"/>
          <w:sz w:val="24"/>
          <w:szCs w:val="24"/>
        </w:rPr>
        <w:t xml:space="preserve">Completed </w:t>
      </w:r>
      <w:r w:rsidR="00C94A3F">
        <w:rPr>
          <w:rFonts w:ascii="Lato" w:hAnsi="Lato"/>
          <w:sz w:val="24"/>
          <w:szCs w:val="24"/>
        </w:rPr>
        <w:t>claims</w:t>
      </w:r>
      <w:r w:rsidRPr="003F74E5">
        <w:rPr>
          <w:rFonts w:ascii="Lato" w:hAnsi="Lato"/>
          <w:sz w:val="24"/>
          <w:szCs w:val="24"/>
        </w:rPr>
        <w:t xml:space="preserve"> can be submitted to </w:t>
      </w:r>
      <w:hyperlink r:id="rId25" w:history="1">
        <w:r w:rsidR="00C94A3F" w:rsidRPr="008F266B">
          <w:rPr>
            <w:rStyle w:val="Hyperlink"/>
            <w:rFonts w:ascii="Lato" w:hAnsi="Lato"/>
            <w:sz w:val="24"/>
            <w:szCs w:val="24"/>
          </w:rPr>
          <w:t>MTAP@gov.nl.ca</w:t>
        </w:r>
      </w:hyperlink>
      <w:r w:rsidRPr="003F74E5">
        <w:t xml:space="preserve">. </w:t>
      </w:r>
      <w:r w:rsidRPr="003F74E5">
        <w:rPr>
          <w:rFonts w:ascii="Lato" w:hAnsi="Lato"/>
          <w:sz w:val="24"/>
          <w:szCs w:val="24"/>
        </w:rPr>
        <w:t xml:space="preserve">Incomplete </w:t>
      </w:r>
      <w:r w:rsidR="00C94A3F">
        <w:rPr>
          <w:rFonts w:ascii="Lato" w:hAnsi="Lato"/>
          <w:sz w:val="24"/>
          <w:szCs w:val="24"/>
        </w:rPr>
        <w:t>claim</w:t>
      </w:r>
      <w:r w:rsidRPr="003F74E5">
        <w:rPr>
          <w:rFonts w:ascii="Lato" w:hAnsi="Lato"/>
          <w:sz w:val="24"/>
          <w:szCs w:val="24"/>
        </w:rPr>
        <w:t xml:space="preserve">s may result in a delay.  </w:t>
      </w:r>
    </w:p>
    <w:p w14:paraId="77CC4D4A" w14:textId="77777777" w:rsidR="00657EA8" w:rsidRDefault="00657EA8" w:rsidP="00657EA8">
      <w:pPr>
        <w:spacing w:after="0" w:line="240" w:lineRule="auto"/>
        <w:rPr>
          <w:rFonts w:ascii="Lato" w:hAnsi="Lato"/>
          <w:sz w:val="24"/>
          <w:szCs w:val="24"/>
        </w:rPr>
      </w:pPr>
    </w:p>
    <w:p w14:paraId="73BE0D16" w14:textId="38BABBC3" w:rsidR="00657EA8" w:rsidRDefault="00657EA8" w:rsidP="00657EA8">
      <w:pPr>
        <w:spacing w:after="0" w:line="240" w:lineRule="auto"/>
        <w:rPr>
          <w:rFonts w:ascii="Lato" w:hAnsi="Lato"/>
          <w:sz w:val="24"/>
          <w:szCs w:val="24"/>
        </w:rPr>
      </w:pPr>
      <w:r w:rsidRPr="00B96246">
        <w:rPr>
          <w:rFonts w:ascii="Lato" w:hAnsi="Lato"/>
          <w:sz w:val="24"/>
          <w:szCs w:val="24"/>
        </w:rPr>
        <w:t xml:space="preserve">Emails from MTAP will come from </w:t>
      </w:r>
      <w:hyperlink r:id="rId26" w:history="1">
        <w:r w:rsidR="00C94A3F" w:rsidRPr="008F266B">
          <w:rPr>
            <w:rStyle w:val="Hyperlink"/>
            <w:rFonts w:ascii="Lato" w:hAnsi="Lato"/>
            <w:sz w:val="24"/>
            <w:szCs w:val="24"/>
          </w:rPr>
          <w:t>MTAP@gov.nl.ca</w:t>
        </w:r>
      </w:hyperlink>
      <w:r w:rsidRPr="00B96246">
        <w:rPr>
          <w:rFonts w:ascii="Lato" w:hAnsi="Lato"/>
          <w:sz w:val="24"/>
          <w:szCs w:val="24"/>
        </w:rPr>
        <w:t>. If you are waiting for an email, please check your junk or spam folder.</w:t>
      </w:r>
    </w:p>
    <w:p w14:paraId="5D08F2E9" w14:textId="77777777" w:rsidR="00657EA8" w:rsidRDefault="00657EA8" w:rsidP="00657EA8">
      <w:pPr>
        <w:spacing w:after="0" w:line="240" w:lineRule="auto"/>
        <w:rPr>
          <w:rFonts w:ascii="Lato" w:hAnsi="Lato"/>
          <w:b/>
          <w:bCs/>
          <w:sz w:val="24"/>
          <w:szCs w:val="24"/>
        </w:rPr>
      </w:pPr>
    </w:p>
    <w:p w14:paraId="3B5BC078" w14:textId="77777777" w:rsidR="00657EA8" w:rsidRDefault="00657EA8" w:rsidP="00657EA8">
      <w:pPr>
        <w:pStyle w:val="Heading1"/>
        <w:pBdr>
          <w:bottom w:val="single" w:sz="4" w:space="1" w:color="auto"/>
        </w:pBdr>
        <w:spacing w:before="0" w:line="240" w:lineRule="auto"/>
        <w:rPr>
          <w:rFonts w:ascii="Lato" w:hAnsi="Lato"/>
          <w:color w:val="253746"/>
        </w:rPr>
      </w:pPr>
      <w:r w:rsidRPr="00FC004A">
        <w:rPr>
          <w:rFonts w:ascii="Lato" w:hAnsi="Lato"/>
          <w:color w:val="253746"/>
        </w:rPr>
        <w:t>Support &amp; Troubleshooting</w:t>
      </w:r>
    </w:p>
    <w:p w14:paraId="49F37DAE" w14:textId="77777777" w:rsidR="00657EA8" w:rsidRPr="00201907" w:rsidRDefault="00657EA8" w:rsidP="00657EA8">
      <w:pPr>
        <w:spacing w:after="0" w:line="240" w:lineRule="auto"/>
      </w:pPr>
    </w:p>
    <w:p w14:paraId="1D295DFF" w14:textId="77777777" w:rsidR="00657EA8" w:rsidRDefault="00657EA8" w:rsidP="00657EA8">
      <w:pPr>
        <w:spacing w:after="0" w:line="240" w:lineRule="auto"/>
        <w:rPr>
          <w:rFonts w:ascii="Lato" w:hAnsi="Lato"/>
          <w:sz w:val="24"/>
          <w:szCs w:val="24"/>
        </w:rPr>
      </w:pPr>
      <w:r w:rsidRPr="001213EC">
        <w:rPr>
          <w:rFonts w:ascii="Lato" w:hAnsi="Lato"/>
          <w:sz w:val="24"/>
          <w:szCs w:val="24"/>
        </w:rPr>
        <w:t xml:space="preserve">If you need help filling out the </w:t>
      </w:r>
      <w:r>
        <w:rPr>
          <w:rFonts w:ascii="Lato" w:hAnsi="Lato"/>
          <w:sz w:val="24"/>
          <w:szCs w:val="24"/>
        </w:rPr>
        <w:t>claim</w:t>
      </w:r>
      <w:r w:rsidRPr="001213EC">
        <w:rPr>
          <w:rFonts w:ascii="Lato" w:hAnsi="Lato"/>
          <w:sz w:val="24"/>
          <w:szCs w:val="24"/>
        </w:rPr>
        <w:t>, email us at</w:t>
      </w:r>
      <w:r>
        <w:rPr>
          <w:rFonts w:ascii="Lato" w:hAnsi="Lato"/>
          <w:sz w:val="24"/>
          <w:szCs w:val="24"/>
        </w:rPr>
        <w:t xml:space="preserve"> </w:t>
      </w:r>
      <w:hyperlink r:id="rId27" w:history="1">
        <w:r w:rsidRPr="008F266B">
          <w:rPr>
            <w:rStyle w:val="Hyperlink"/>
            <w:rFonts w:ascii="Lato" w:hAnsi="Lato"/>
            <w:sz w:val="24"/>
            <w:szCs w:val="24"/>
          </w:rPr>
          <w:t>MTAP@gov.nl.ca</w:t>
        </w:r>
      </w:hyperlink>
      <w:r>
        <w:rPr>
          <w:rFonts w:ascii="Lato" w:hAnsi="Lato"/>
          <w:sz w:val="24"/>
          <w:szCs w:val="24"/>
        </w:rPr>
        <w:t xml:space="preserve"> or call </w:t>
      </w:r>
      <w:r w:rsidRPr="0015542D">
        <w:rPr>
          <w:rFonts w:ascii="Lato" w:hAnsi="Lato"/>
          <w:sz w:val="24"/>
          <w:szCs w:val="24"/>
        </w:rPr>
        <w:t>1</w:t>
      </w:r>
      <w:r w:rsidRPr="0015542D">
        <w:rPr>
          <w:rFonts w:ascii="Lato" w:hAnsi="Lato"/>
          <w:sz w:val="24"/>
          <w:szCs w:val="24"/>
        </w:rPr>
        <w:noBreakHyphen/>
        <w:t>877</w:t>
      </w:r>
      <w:r w:rsidRPr="0015542D">
        <w:rPr>
          <w:rFonts w:ascii="Lato" w:hAnsi="Lato"/>
          <w:sz w:val="24"/>
          <w:szCs w:val="24"/>
        </w:rPr>
        <w:noBreakHyphen/>
        <w:t>475</w:t>
      </w:r>
      <w:r w:rsidRPr="0015542D">
        <w:rPr>
          <w:rFonts w:ascii="Lato" w:hAnsi="Lato"/>
          <w:sz w:val="24"/>
          <w:szCs w:val="24"/>
        </w:rPr>
        <w:noBreakHyphen/>
        <w:t>2412</w:t>
      </w:r>
      <w:r w:rsidRPr="001213EC">
        <w:rPr>
          <w:rFonts w:ascii="Lato" w:hAnsi="Lato"/>
          <w:sz w:val="24"/>
          <w:szCs w:val="24"/>
        </w:rPr>
        <w:t>.</w:t>
      </w:r>
    </w:p>
    <w:sectPr w:rsidR="00657EA8" w:rsidSect="00F04468">
      <w:footerReference w:type="default" r:id="rId28"/>
      <w:headerReference w:type="first" r:id="rId29"/>
      <w:footerReference w:type="first" r:id="rId30"/>
      <w:pgSz w:w="12240" w:h="15840"/>
      <w:pgMar w:top="1440" w:right="1440" w:bottom="288"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E2790" w14:textId="77777777" w:rsidR="00491448" w:rsidRDefault="00491448" w:rsidP="00FC004A">
      <w:pPr>
        <w:spacing w:after="0" w:line="240" w:lineRule="auto"/>
      </w:pPr>
      <w:r>
        <w:separator/>
      </w:r>
    </w:p>
  </w:endnote>
  <w:endnote w:type="continuationSeparator" w:id="0">
    <w:p w14:paraId="3F449E40" w14:textId="77777777" w:rsidR="00491448" w:rsidRDefault="00491448" w:rsidP="00FC0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933391"/>
      <w:docPartObj>
        <w:docPartGallery w:val="Page Numbers (Bottom of Page)"/>
        <w:docPartUnique/>
      </w:docPartObj>
    </w:sdtPr>
    <w:sdtEndPr>
      <w:rPr>
        <w:noProof/>
      </w:rPr>
    </w:sdtEndPr>
    <w:sdtContent>
      <w:p w14:paraId="3F28D83B" w14:textId="14BCD806" w:rsidR="00E95689" w:rsidRDefault="00E956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7B49BA" w14:textId="7E67BCF7" w:rsidR="00070CAB" w:rsidRPr="00D90276" w:rsidRDefault="00070CAB" w:rsidP="00D90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204207"/>
      <w:docPartObj>
        <w:docPartGallery w:val="Page Numbers (Bottom of Page)"/>
        <w:docPartUnique/>
      </w:docPartObj>
    </w:sdtPr>
    <w:sdtEndPr>
      <w:rPr>
        <w:noProof/>
      </w:rPr>
    </w:sdtEndPr>
    <w:sdtContent>
      <w:p w14:paraId="1196609A" w14:textId="77777777" w:rsidR="00F04468" w:rsidRDefault="00F044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4C419" w14:textId="77777777" w:rsidR="00491448" w:rsidRDefault="00491448" w:rsidP="00FC004A">
      <w:pPr>
        <w:spacing w:after="0" w:line="240" w:lineRule="auto"/>
      </w:pPr>
      <w:r>
        <w:separator/>
      </w:r>
    </w:p>
  </w:footnote>
  <w:footnote w:type="continuationSeparator" w:id="0">
    <w:p w14:paraId="0C9A442B" w14:textId="77777777" w:rsidR="00491448" w:rsidRDefault="00491448" w:rsidP="00FC00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BB93" w14:textId="77777777" w:rsidR="006F4DA1" w:rsidRDefault="0095313F" w:rsidP="006F4DA1">
    <w:pPr>
      <w:pStyle w:val="Heading1"/>
      <w:spacing w:before="0" w:line="240" w:lineRule="auto"/>
      <w:ind w:left="2880"/>
      <w:rPr>
        <w:rFonts w:ascii="Lato" w:hAnsi="Lato"/>
        <w:color w:val="253746"/>
        <w:sz w:val="32"/>
        <w:szCs w:val="32"/>
      </w:rPr>
    </w:pPr>
    <w:r>
      <w:rPr>
        <w:rFonts w:ascii="Lato" w:hAnsi="Lato"/>
        <w:noProof/>
        <w:color w:val="253746"/>
        <w:sz w:val="32"/>
        <w:szCs w:val="32"/>
      </w:rPr>
      <w:drawing>
        <wp:anchor distT="0" distB="0" distL="114300" distR="114300" simplePos="0" relativeHeight="251658240" behindDoc="0" locked="0" layoutInCell="1" allowOverlap="1" wp14:anchorId="6405D434" wp14:editId="520B7120">
          <wp:simplePos x="0" y="0"/>
          <wp:positionH relativeFrom="column">
            <wp:posOffset>-295275</wp:posOffset>
          </wp:positionH>
          <wp:positionV relativeFrom="paragraph">
            <wp:posOffset>-257175</wp:posOffset>
          </wp:positionV>
          <wp:extent cx="1809750" cy="913575"/>
          <wp:effectExtent l="0" t="0" r="0" b="1270"/>
          <wp:wrapNone/>
          <wp:docPr id="67462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2936" name="Picture 67462936"/>
                  <pic:cNvPicPr/>
                </pic:nvPicPr>
                <pic:blipFill>
                  <a:blip r:embed="rId1"/>
                  <a:stretch>
                    <a:fillRect/>
                  </a:stretch>
                </pic:blipFill>
                <pic:spPr>
                  <a:xfrm>
                    <a:off x="0" y="0"/>
                    <a:ext cx="1809750" cy="913575"/>
                  </a:xfrm>
                  <a:prstGeom prst="rect">
                    <a:avLst/>
                  </a:prstGeom>
                </pic:spPr>
              </pic:pic>
            </a:graphicData>
          </a:graphic>
          <wp14:sizeRelH relativeFrom="margin">
            <wp14:pctWidth>0</wp14:pctWidth>
          </wp14:sizeRelH>
          <wp14:sizeRelV relativeFrom="margin">
            <wp14:pctHeight>0</wp14:pctHeight>
          </wp14:sizeRelV>
        </wp:anchor>
      </w:drawing>
    </w:r>
  </w:p>
  <w:p w14:paraId="1FF6C571" w14:textId="673166B9" w:rsidR="0095313F" w:rsidRDefault="0095313F" w:rsidP="0010459A">
    <w:pPr>
      <w:pStyle w:val="Heading1"/>
      <w:spacing w:before="0" w:line="240" w:lineRule="auto"/>
      <w:ind w:left="2880"/>
      <w:rPr>
        <w:rFonts w:ascii="Lato" w:hAnsi="Lato"/>
        <w:b w:val="0"/>
        <w:bCs w:val="0"/>
        <w:color w:val="auto"/>
      </w:rPr>
    </w:pPr>
    <w:r w:rsidRPr="0095313F">
      <w:rPr>
        <w:rFonts w:ascii="Lato" w:hAnsi="Lato"/>
        <w:color w:val="253746"/>
        <w:sz w:val="32"/>
        <w:szCs w:val="32"/>
      </w:rPr>
      <w:t xml:space="preserve">Medical Transportation Assistance Program </w:t>
    </w:r>
    <w:r w:rsidR="0010459A" w:rsidRPr="00D35A7B">
      <w:rPr>
        <w:rFonts w:ascii="Lato" w:hAnsi="Lato"/>
        <w:b w:val="0"/>
        <w:bCs w:val="0"/>
        <w:color w:val="auto"/>
        <w:sz w:val="26"/>
        <w:szCs w:val="26"/>
      </w:rPr>
      <w:t>Out-of-Province Medical Transportation Claim - Flights and Other Travel Costs User Guide</w:t>
    </w:r>
    <w:r w:rsidR="00D35A7B" w:rsidRPr="00D35A7B">
      <w:rPr>
        <w:rFonts w:ascii="Lato" w:hAnsi="Lato"/>
        <w:b w:val="0"/>
        <w:bCs w:val="0"/>
        <w:color w:val="auto"/>
        <w:sz w:val="26"/>
        <w:szCs w:val="26"/>
      </w:rPr>
      <w:t xml:space="preserve"> – PDF Version</w:t>
    </w:r>
  </w:p>
  <w:p w14:paraId="37C61BB0" w14:textId="77777777" w:rsidR="0010459A" w:rsidRPr="0010459A" w:rsidRDefault="0010459A" w:rsidP="00104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29529B"/>
    <w:multiLevelType w:val="hybridMultilevel"/>
    <w:tmpl w:val="2CF6285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2672384"/>
    <w:multiLevelType w:val="multilevel"/>
    <w:tmpl w:val="737E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3E52AC"/>
    <w:multiLevelType w:val="hybridMultilevel"/>
    <w:tmpl w:val="C28CFA16"/>
    <w:lvl w:ilvl="0" w:tplc="761EFEC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E83AF3"/>
    <w:multiLevelType w:val="multilevel"/>
    <w:tmpl w:val="711E2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F07819"/>
    <w:multiLevelType w:val="multilevel"/>
    <w:tmpl w:val="90C207A2"/>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6C37391"/>
    <w:multiLevelType w:val="hybridMultilevel"/>
    <w:tmpl w:val="BB8A260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9233F3E"/>
    <w:multiLevelType w:val="multilevel"/>
    <w:tmpl w:val="E362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5E0D62"/>
    <w:multiLevelType w:val="multilevel"/>
    <w:tmpl w:val="90C207A2"/>
    <w:lvl w:ilvl="0">
      <w:start w:val="1"/>
      <w:numFmt w:val="decimal"/>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565783C"/>
    <w:multiLevelType w:val="multilevel"/>
    <w:tmpl w:val="F106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F162CE"/>
    <w:multiLevelType w:val="multilevel"/>
    <w:tmpl w:val="9E92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B7288B"/>
    <w:multiLevelType w:val="multilevel"/>
    <w:tmpl w:val="38BE2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85281">
    <w:abstractNumId w:val="8"/>
  </w:num>
  <w:num w:numId="2" w16cid:durableId="516193168">
    <w:abstractNumId w:val="6"/>
  </w:num>
  <w:num w:numId="3" w16cid:durableId="355693484">
    <w:abstractNumId w:val="5"/>
  </w:num>
  <w:num w:numId="4" w16cid:durableId="1534343587">
    <w:abstractNumId w:val="4"/>
  </w:num>
  <w:num w:numId="5" w16cid:durableId="2038457501">
    <w:abstractNumId w:val="7"/>
  </w:num>
  <w:num w:numId="6" w16cid:durableId="2001500432">
    <w:abstractNumId w:val="3"/>
  </w:num>
  <w:num w:numId="7" w16cid:durableId="349838118">
    <w:abstractNumId w:val="2"/>
  </w:num>
  <w:num w:numId="8" w16cid:durableId="991370096">
    <w:abstractNumId w:val="1"/>
  </w:num>
  <w:num w:numId="9" w16cid:durableId="2110660578">
    <w:abstractNumId w:val="0"/>
  </w:num>
  <w:num w:numId="10" w16cid:durableId="1962299695">
    <w:abstractNumId w:val="14"/>
  </w:num>
  <w:num w:numId="11" w16cid:durableId="1059284022">
    <w:abstractNumId w:val="11"/>
  </w:num>
  <w:num w:numId="12" w16cid:durableId="726147798">
    <w:abstractNumId w:val="13"/>
  </w:num>
  <w:num w:numId="13" w16cid:durableId="1258059030">
    <w:abstractNumId w:val="9"/>
  </w:num>
  <w:num w:numId="14" w16cid:durableId="1626812518">
    <w:abstractNumId w:val="16"/>
  </w:num>
  <w:num w:numId="15" w16cid:durableId="1500342939">
    <w:abstractNumId w:val="12"/>
  </w:num>
  <w:num w:numId="16" w16cid:durableId="1990090379">
    <w:abstractNumId w:val="10"/>
  </w:num>
  <w:num w:numId="17" w16cid:durableId="28603493">
    <w:abstractNumId w:val="18"/>
  </w:num>
  <w:num w:numId="18" w16cid:durableId="491146851">
    <w:abstractNumId w:val="17"/>
  </w:num>
  <w:num w:numId="19" w16cid:durableId="13581092">
    <w:abstractNumId w:val="19"/>
  </w:num>
  <w:num w:numId="20" w16cid:durableId="227540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5DD"/>
    <w:rsid w:val="00017A86"/>
    <w:rsid w:val="0002427E"/>
    <w:rsid w:val="00034616"/>
    <w:rsid w:val="00037285"/>
    <w:rsid w:val="000470DF"/>
    <w:rsid w:val="0006063C"/>
    <w:rsid w:val="00064317"/>
    <w:rsid w:val="00070CAB"/>
    <w:rsid w:val="0007532E"/>
    <w:rsid w:val="00076497"/>
    <w:rsid w:val="000832DA"/>
    <w:rsid w:val="00093F06"/>
    <w:rsid w:val="000A1A13"/>
    <w:rsid w:val="000B09FA"/>
    <w:rsid w:val="000B24D0"/>
    <w:rsid w:val="000D2C8E"/>
    <w:rsid w:val="000D67FD"/>
    <w:rsid w:val="000F2D5E"/>
    <w:rsid w:val="00102ECE"/>
    <w:rsid w:val="0010459A"/>
    <w:rsid w:val="001123E6"/>
    <w:rsid w:val="001137AC"/>
    <w:rsid w:val="001144F8"/>
    <w:rsid w:val="00117D42"/>
    <w:rsid w:val="001213EC"/>
    <w:rsid w:val="00124A55"/>
    <w:rsid w:val="0015074B"/>
    <w:rsid w:val="00152B3F"/>
    <w:rsid w:val="0015507A"/>
    <w:rsid w:val="0015542D"/>
    <w:rsid w:val="00165241"/>
    <w:rsid w:val="0017126C"/>
    <w:rsid w:val="00171D3D"/>
    <w:rsid w:val="00171FBE"/>
    <w:rsid w:val="001A2ADC"/>
    <w:rsid w:val="001A4D4E"/>
    <w:rsid w:val="001A4FC0"/>
    <w:rsid w:val="001A6490"/>
    <w:rsid w:val="001D27FB"/>
    <w:rsid w:val="001F5585"/>
    <w:rsid w:val="00201907"/>
    <w:rsid w:val="002132D9"/>
    <w:rsid w:val="002145D3"/>
    <w:rsid w:val="00221443"/>
    <w:rsid w:val="00221F07"/>
    <w:rsid w:val="002237EA"/>
    <w:rsid w:val="0022635A"/>
    <w:rsid w:val="00235DF3"/>
    <w:rsid w:val="002366E4"/>
    <w:rsid w:val="00236EB9"/>
    <w:rsid w:val="00237BF9"/>
    <w:rsid w:val="00240C26"/>
    <w:rsid w:val="0024324E"/>
    <w:rsid w:val="00270902"/>
    <w:rsid w:val="0029639D"/>
    <w:rsid w:val="002B1020"/>
    <w:rsid w:val="002D1C03"/>
    <w:rsid w:val="002D274F"/>
    <w:rsid w:val="002E27ED"/>
    <w:rsid w:val="002F754E"/>
    <w:rsid w:val="00326F90"/>
    <w:rsid w:val="00334C2A"/>
    <w:rsid w:val="003362D5"/>
    <w:rsid w:val="00361261"/>
    <w:rsid w:val="00367374"/>
    <w:rsid w:val="0037263E"/>
    <w:rsid w:val="00372DE7"/>
    <w:rsid w:val="00374F9E"/>
    <w:rsid w:val="00376B42"/>
    <w:rsid w:val="00387125"/>
    <w:rsid w:val="003B0962"/>
    <w:rsid w:val="003B1B48"/>
    <w:rsid w:val="003B3046"/>
    <w:rsid w:val="003B6432"/>
    <w:rsid w:val="003B6C27"/>
    <w:rsid w:val="003C137A"/>
    <w:rsid w:val="003C1454"/>
    <w:rsid w:val="003D2312"/>
    <w:rsid w:val="003F5550"/>
    <w:rsid w:val="0041573F"/>
    <w:rsid w:val="0042495E"/>
    <w:rsid w:val="004307EB"/>
    <w:rsid w:val="00434B01"/>
    <w:rsid w:val="00444F01"/>
    <w:rsid w:val="004521F1"/>
    <w:rsid w:val="00452689"/>
    <w:rsid w:val="004568F8"/>
    <w:rsid w:val="00460D30"/>
    <w:rsid w:val="00480F3E"/>
    <w:rsid w:val="004823F9"/>
    <w:rsid w:val="00491448"/>
    <w:rsid w:val="004A3A4F"/>
    <w:rsid w:val="004A6FC1"/>
    <w:rsid w:val="004B19B0"/>
    <w:rsid w:val="004B3993"/>
    <w:rsid w:val="004C4FEE"/>
    <w:rsid w:val="004E1BE6"/>
    <w:rsid w:val="004E2239"/>
    <w:rsid w:val="004E6AB6"/>
    <w:rsid w:val="004E7460"/>
    <w:rsid w:val="005524E0"/>
    <w:rsid w:val="00586F42"/>
    <w:rsid w:val="0059730A"/>
    <w:rsid w:val="005B0422"/>
    <w:rsid w:val="005D6384"/>
    <w:rsid w:val="005D6A5A"/>
    <w:rsid w:val="005F3713"/>
    <w:rsid w:val="00603439"/>
    <w:rsid w:val="00622DBD"/>
    <w:rsid w:val="006442BC"/>
    <w:rsid w:val="00657EA8"/>
    <w:rsid w:val="00671FBC"/>
    <w:rsid w:val="00672FD1"/>
    <w:rsid w:val="0069345B"/>
    <w:rsid w:val="00694418"/>
    <w:rsid w:val="00696B75"/>
    <w:rsid w:val="006A253C"/>
    <w:rsid w:val="006C7976"/>
    <w:rsid w:val="006D0944"/>
    <w:rsid w:val="006D79B5"/>
    <w:rsid w:val="006F4DA1"/>
    <w:rsid w:val="006F79F3"/>
    <w:rsid w:val="0071183E"/>
    <w:rsid w:val="007169B6"/>
    <w:rsid w:val="00725C02"/>
    <w:rsid w:val="00731622"/>
    <w:rsid w:val="00737FBE"/>
    <w:rsid w:val="0074578A"/>
    <w:rsid w:val="00762F78"/>
    <w:rsid w:val="00780563"/>
    <w:rsid w:val="00787480"/>
    <w:rsid w:val="0079504C"/>
    <w:rsid w:val="00802499"/>
    <w:rsid w:val="00812240"/>
    <w:rsid w:val="00851ED3"/>
    <w:rsid w:val="00856A1D"/>
    <w:rsid w:val="00893670"/>
    <w:rsid w:val="008C2B75"/>
    <w:rsid w:val="008C69FB"/>
    <w:rsid w:val="008D0918"/>
    <w:rsid w:val="00901276"/>
    <w:rsid w:val="00904DB5"/>
    <w:rsid w:val="009052D1"/>
    <w:rsid w:val="009259DB"/>
    <w:rsid w:val="00930624"/>
    <w:rsid w:val="00935005"/>
    <w:rsid w:val="00945DFB"/>
    <w:rsid w:val="009509D9"/>
    <w:rsid w:val="0095313F"/>
    <w:rsid w:val="00961BD8"/>
    <w:rsid w:val="009863EF"/>
    <w:rsid w:val="00991BE1"/>
    <w:rsid w:val="009A3E3B"/>
    <w:rsid w:val="009C2C3C"/>
    <w:rsid w:val="009C50F8"/>
    <w:rsid w:val="009C5653"/>
    <w:rsid w:val="009D25FE"/>
    <w:rsid w:val="009F667F"/>
    <w:rsid w:val="00A13B91"/>
    <w:rsid w:val="00A21630"/>
    <w:rsid w:val="00A27B30"/>
    <w:rsid w:val="00A3262D"/>
    <w:rsid w:val="00A33576"/>
    <w:rsid w:val="00A374D4"/>
    <w:rsid w:val="00A63D91"/>
    <w:rsid w:val="00A66ABA"/>
    <w:rsid w:val="00A75D11"/>
    <w:rsid w:val="00A81CAA"/>
    <w:rsid w:val="00A83056"/>
    <w:rsid w:val="00A94703"/>
    <w:rsid w:val="00AA1D8D"/>
    <w:rsid w:val="00AB12E7"/>
    <w:rsid w:val="00AC029E"/>
    <w:rsid w:val="00AC48E0"/>
    <w:rsid w:val="00AD2B84"/>
    <w:rsid w:val="00AD2ED5"/>
    <w:rsid w:val="00AE1FC2"/>
    <w:rsid w:val="00AE4D21"/>
    <w:rsid w:val="00B031CA"/>
    <w:rsid w:val="00B04973"/>
    <w:rsid w:val="00B061FF"/>
    <w:rsid w:val="00B07711"/>
    <w:rsid w:val="00B11768"/>
    <w:rsid w:val="00B16AB4"/>
    <w:rsid w:val="00B17746"/>
    <w:rsid w:val="00B27610"/>
    <w:rsid w:val="00B31E5C"/>
    <w:rsid w:val="00B45395"/>
    <w:rsid w:val="00B47730"/>
    <w:rsid w:val="00B733CC"/>
    <w:rsid w:val="00B85E1B"/>
    <w:rsid w:val="00B92BA3"/>
    <w:rsid w:val="00B96246"/>
    <w:rsid w:val="00BA0062"/>
    <w:rsid w:val="00BE3559"/>
    <w:rsid w:val="00C04079"/>
    <w:rsid w:val="00C117AE"/>
    <w:rsid w:val="00C1558D"/>
    <w:rsid w:val="00C43189"/>
    <w:rsid w:val="00C61BD0"/>
    <w:rsid w:val="00C75AF9"/>
    <w:rsid w:val="00C77B69"/>
    <w:rsid w:val="00C82E49"/>
    <w:rsid w:val="00C94A3F"/>
    <w:rsid w:val="00CA1048"/>
    <w:rsid w:val="00CB0664"/>
    <w:rsid w:val="00CB7838"/>
    <w:rsid w:val="00CD7364"/>
    <w:rsid w:val="00CE07E1"/>
    <w:rsid w:val="00D15002"/>
    <w:rsid w:val="00D21FEB"/>
    <w:rsid w:val="00D255DE"/>
    <w:rsid w:val="00D2702B"/>
    <w:rsid w:val="00D35A7B"/>
    <w:rsid w:val="00D3620B"/>
    <w:rsid w:val="00D43BCD"/>
    <w:rsid w:val="00D4709F"/>
    <w:rsid w:val="00D8251B"/>
    <w:rsid w:val="00D83670"/>
    <w:rsid w:val="00D868F3"/>
    <w:rsid w:val="00D90276"/>
    <w:rsid w:val="00D9141C"/>
    <w:rsid w:val="00DA34BA"/>
    <w:rsid w:val="00DA6774"/>
    <w:rsid w:val="00DC2FAC"/>
    <w:rsid w:val="00DC5741"/>
    <w:rsid w:val="00DD1D8B"/>
    <w:rsid w:val="00DD5337"/>
    <w:rsid w:val="00DD6528"/>
    <w:rsid w:val="00DE053E"/>
    <w:rsid w:val="00DE2C72"/>
    <w:rsid w:val="00DE3941"/>
    <w:rsid w:val="00DF0378"/>
    <w:rsid w:val="00DF4731"/>
    <w:rsid w:val="00DF5A6E"/>
    <w:rsid w:val="00DF65EB"/>
    <w:rsid w:val="00E052D4"/>
    <w:rsid w:val="00E164CA"/>
    <w:rsid w:val="00E35CD0"/>
    <w:rsid w:val="00E40E15"/>
    <w:rsid w:val="00E40E7E"/>
    <w:rsid w:val="00E5410E"/>
    <w:rsid w:val="00E62379"/>
    <w:rsid w:val="00E94736"/>
    <w:rsid w:val="00E95689"/>
    <w:rsid w:val="00EA337A"/>
    <w:rsid w:val="00EB5411"/>
    <w:rsid w:val="00ED5E9C"/>
    <w:rsid w:val="00EE1F4A"/>
    <w:rsid w:val="00EF5D90"/>
    <w:rsid w:val="00F04468"/>
    <w:rsid w:val="00F05487"/>
    <w:rsid w:val="00F30EAF"/>
    <w:rsid w:val="00F61DB6"/>
    <w:rsid w:val="00F670C3"/>
    <w:rsid w:val="00F734E8"/>
    <w:rsid w:val="00F7733B"/>
    <w:rsid w:val="00F823CA"/>
    <w:rsid w:val="00FA6D3D"/>
    <w:rsid w:val="00FB478D"/>
    <w:rsid w:val="00FC004A"/>
    <w:rsid w:val="00FC17EF"/>
    <w:rsid w:val="00FC3360"/>
    <w:rsid w:val="00FC693F"/>
    <w:rsid w:val="00FD530C"/>
    <w:rsid w:val="00FD6786"/>
    <w:rsid w:val="00FD76A9"/>
    <w:rsid w:val="00FF2CD5"/>
    <w:rsid w:val="00FF3D5A"/>
    <w:rsid w:val="00FF4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747ABD"/>
  <w14:defaultImageDpi w14:val="300"/>
  <w15:docId w15:val="{307893A0-96AE-4206-B4BD-614AC7A90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070CAB"/>
    <w:pPr>
      <w:keepNext/>
      <w:keepLines/>
      <w:spacing w:before="32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070CA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117AE"/>
    <w:rPr>
      <w:color w:val="0000FF" w:themeColor="hyperlink"/>
      <w:u w:val="single"/>
    </w:rPr>
  </w:style>
  <w:style w:type="character" w:styleId="UnresolvedMention">
    <w:name w:val="Unresolved Mention"/>
    <w:basedOn w:val="DefaultParagraphFont"/>
    <w:uiPriority w:val="99"/>
    <w:semiHidden/>
    <w:unhideWhenUsed/>
    <w:rsid w:val="00C117AE"/>
    <w:rPr>
      <w:color w:val="605E5C"/>
      <w:shd w:val="clear" w:color="auto" w:fill="E1DFDD"/>
    </w:rPr>
  </w:style>
  <w:style w:type="character" w:customStyle="1" w:styleId="gmail-citation-83">
    <w:name w:val="gmail-citation-83"/>
    <w:basedOn w:val="DefaultParagraphFont"/>
    <w:rsid w:val="00235DF3"/>
  </w:style>
  <w:style w:type="character" w:customStyle="1" w:styleId="gmail-citation-82">
    <w:name w:val="gmail-citation-82"/>
    <w:basedOn w:val="DefaultParagraphFont"/>
    <w:rsid w:val="00235DF3"/>
  </w:style>
  <w:style w:type="character" w:customStyle="1" w:styleId="gmail-citation-81">
    <w:name w:val="gmail-citation-81"/>
    <w:basedOn w:val="DefaultParagraphFont"/>
    <w:rsid w:val="00235DF3"/>
  </w:style>
  <w:style w:type="character" w:customStyle="1" w:styleId="gmail-citation-80">
    <w:name w:val="gmail-citation-80"/>
    <w:basedOn w:val="DefaultParagraphFont"/>
    <w:rsid w:val="00235DF3"/>
  </w:style>
  <w:style w:type="character" w:styleId="CommentReference">
    <w:name w:val="annotation reference"/>
    <w:basedOn w:val="DefaultParagraphFont"/>
    <w:uiPriority w:val="99"/>
    <w:semiHidden/>
    <w:unhideWhenUsed/>
    <w:rsid w:val="00FD6786"/>
    <w:rPr>
      <w:sz w:val="16"/>
      <w:szCs w:val="16"/>
    </w:rPr>
  </w:style>
  <w:style w:type="paragraph" w:styleId="CommentText">
    <w:name w:val="annotation text"/>
    <w:basedOn w:val="Normal"/>
    <w:link w:val="CommentTextChar"/>
    <w:uiPriority w:val="99"/>
    <w:unhideWhenUsed/>
    <w:rsid w:val="00FD6786"/>
    <w:pPr>
      <w:spacing w:line="240" w:lineRule="auto"/>
    </w:pPr>
    <w:rPr>
      <w:sz w:val="20"/>
      <w:szCs w:val="20"/>
    </w:rPr>
  </w:style>
  <w:style w:type="character" w:customStyle="1" w:styleId="CommentTextChar">
    <w:name w:val="Comment Text Char"/>
    <w:basedOn w:val="DefaultParagraphFont"/>
    <w:link w:val="CommentText"/>
    <w:uiPriority w:val="99"/>
    <w:rsid w:val="00FD6786"/>
    <w:rPr>
      <w:sz w:val="20"/>
      <w:szCs w:val="20"/>
    </w:rPr>
  </w:style>
  <w:style w:type="paragraph" w:styleId="CommentSubject">
    <w:name w:val="annotation subject"/>
    <w:basedOn w:val="CommentText"/>
    <w:next w:val="CommentText"/>
    <w:link w:val="CommentSubjectChar"/>
    <w:uiPriority w:val="99"/>
    <w:semiHidden/>
    <w:unhideWhenUsed/>
    <w:rsid w:val="00FD6786"/>
    <w:rPr>
      <w:b/>
      <w:bCs/>
    </w:rPr>
  </w:style>
  <w:style w:type="character" w:customStyle="1" w:styleId="CommentSubjectChar">
    <w:name w:val="Comment Subject Char"/>
    <w:basedOn w:val="CommentTextChar"/>
    <w:link w:val="CommentSubject"/>
    <w:uiPriority w:val="99"/>
    <w:semiHidden/>
    <w:rsid w:val="00FD6786"/>
    <w:rPr>
      <w:b/>
      <w:bCs/>
      <w:sz w:val="20"/>
      <w:szCs w:val="20"/>
    </w:rPr>
  </w:style>
  <w:style w:type="paragraph" w:styleId="Revision">
    <w:name w:val="Revision"/>
    <w:hidden/>
    <w:uiPriority w:val="99"/>
    <w:semiHidden/>
    <w:rsid w:val="00F05487"/>
    <w:pPr>
      <w:spacing w:after="0" w:line="240" w:lineRule="auto"/>
    </w:pPr>
  </w:style>
  <w:style w:type="character" w:styleId="FollowedHyperlink">
    <w:name w:val="FollowedHyperlink"/>
    <w:basedOn w:val="DefaultParagraphFont"/>
    <w:uiPriority w:val="99"/>
    <w:semiHidden/>
    <w:unhideWhenUsed/>
    <w:rsid w:val="00F044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nl.ca/la/files/Out-of-Province-Flights-and-Other-Travel-Costs_PDF-Claim.pdf"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mailto:MTAP@gov.nl.ca" TargetMode="External"/><Relationship Id="rId3" Type="http://schemas.openxmlformats.org/officeDocument/2006/relationships/styles" Target="styles.xml"/><Relationship Id="rId21" Type="http://schemas.openxmlformats.org/officeDocument/2006/relationships/hyperlink" Target="https://www.google.ca/maps/@47.5758592,-52.7204352,12z?entry=ttu&amp;g_ep=EgoyMDI2MDUxMy4wIKXMDSoASAFQAw%3D%3D" TargetMode="External"/><Relationship Id="rId7" Type="http://schemas.openxmlformats.org/officeDocument/2006/relationships/endnotes" Target="endnotes.xml"/><Relationship Id="rId12" Type="http://schemas.openxmlformats.org/officeDocument/2006/relationships/hyperlink" Target="mailto:MeTS@gov.nl.ca" TargetMode="External"/><Relationship Id="rId17" Type="http://schemas.openxmlformats.org/officeDocument/2006/relationships/image" Target="media/image7.png"/><Relationship Id="rId25" Type="http://schemas.openxmlformats.org/officeDocument/2006/relationships/hyperlink" Target="mailto:MTAP@gov.nl.ca"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nl.ca/la/files/In-Province-Private-Vehicle-Only_PDF-Claim.pdf"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hyperlink" Target="mailto:MTAP@gov.nl.ca"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Chubbs, Michael</cp:lastModifiedBy>
  <cp:revision>2</cp:revision>
  <dcterms:created xsi:type="dcterms:W3CDTF">2026-09-01T18:49:00Z</dcterms:created>
  <dcterms:modified xsi:type="dcterms:W3CDTF">2026-09-01T18:49:00Z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55474561-dd8f-4bf8-ad38-ee95d15cadcd</vt:lpwstr>
  </property>
</Properties>
</file>